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16026" w:rsidRDefault="00A16026" w14:paraId="672A6659" w14:textId="72702A96">
      <w:pPr>
        <w:jc w:val="right"/>
      </w:pPr>
    </w:p>
    <w:p w:rsidRPr="006601A7" w:rsidR="00A16026" w:rsidP="1DCD61DF" w:rsidRDefault="1DCD61DF" w14:paraId="217692B9" w14:textId="77777777">
      <w:pPr>
        <w:pStyle w:val="Heading1"/>
      </w:pPr>
      <w:r w:rsidRPr="006601A7">
        <w:t>SETU Animal Research Ethics Committee (AREC)</w:t>
      </w:r>
    </w:p>
    <w:p w:rsidRPr="006601A7" w:rsidR="00A16026" w:rsidP="006601A7" w:rsidRDefault="0A47CE75" w14:paraId="2EA07EBD" w14:textId="5D0572E6">
      <w:pPr>
        <w:pStyle w:val="Heading2"/>
      </w:pPr>
      <w:r w:rsidRPr="006601A7">
        <w:t xml:space="preserve">Application for Ethical Approval – Animal Research </w:t>
      </w:r>
      <w:r w:rsidRPr="006601A7" w:rsidR="5ED5AEC2">
        <w:t>Stud</w:t>
      </w:r>
      <w:r w:rsidRPr="006601A7" w:rsidR="2E481992">
        <w:t>ie</w:t>
      </w:r>
      <w:r w:rsidRPr="006601A7">
        <w:t xml:space="preserve">s </w:t>
      </w:r>
    </w:p>
    <w:p w:rsidR="006601A7" w:rsidRDefault="006601A7" w14:paraId="403EC3F1" w14:textId="77777777">
      <w:pPr>
        <w:rPr>
          <w:b/>
          <w:bCs/>
          <w:color w:val="435465"/>
        </w:rPr>
      </w:pPr>
    </w:p>
    <w:p w:rsidRPr="006601A7" w:rsidR="00581DDD" w:rsidP="006601A7" w:rsidRDefault="00581DDD" w14:paraId="2461148E" w14:textId="6E153FD5">
      <w:pPr>
        <w:pBdr>
          <w:bottom w:val="single" w:color="auto" w:sz="4" w:space="1"/>
        </w:pBdr>
        <w:rPr>
          <w:b/>
          <w:bCs/>
        </w:rPr>
      </w:pPr>
      <w:r w:rsidRPr="006601A7">
        <w:rPr>
          <w:b/>
          <w:bCs/>
        </w:rPr>
        <w:t>Purpose</w:t>
      </w:r>
    </w:p>
    <w:p w:rsidR="00581DDD" w:rsidP="006601A7" w:rsidRDefault="00581DDD" w14:paraId="75269B7D" w14:textId="599B5C0E">
      <w:pPr>
        <w:pBdr>
          <w:bottom w:val="single" w:color="auto" w:sz="4" w:space="1"/>
        </w:pBdr>
      </w:pPr>
      <w:r>
        <w:t xml:space="preserve">This form is to be used to apply for ethical approval from the SETU Animal Research Ethics Committee (AREC) for animal research </w:t>
      </w:r>
      <w:r w:rsidR="2F0F2E5B">
        <w:t>studies</w:t>
      </w:r>
      <w:r>
        <w:t>. It sets out the information required to allow the Committee to assess scientific justification, ethical acceptability, animal welfare implications, and regulatory compliance.</w:t>
      </w:r>
    </w:p>
    <w:p w:rsidR="00581DDD" w:rsidP="52662BC6" w:rsidRDefault="00581DDD" w14:paraId="102382B1" w14:textId="0B35877E">
      <w:pPr>
        <w:pBdr>
          <w:bottom w:val="single" w:color="FF000000" w:sz="4" w:space="1"/>
        </w:pBdr>
      </w:pPr>
      <w:r w:rsidR="00581DDD">
        <w:rPr/>
        <w:t xml:space="preserve">Completion of this form is mandatory prior to the commencement of any animal-associated research </w:t>
      </w:r>
      <w:r w:rsidR="00E42549">
        <w:rPr/>
        <w:t xml:space="preserve">unless you have obtained an exemption </w:t>
      </w:r>
      <w:r w:rsidR="1D37C430">
        <w:rPr/>
        <w:t>through the</w:t>
      </w:r>
      <w:r w:rsidR="00E42549">
        <w:rPr/>
        <w:t xml:space="preserve"> SETU </w:t>
      </w:r>
      <w:r w:rsidR="5490FD7E">
        <w:rPr/>
        <w:t>AREC</w:t>
      </w:r>
      <w:r w:rsidR="00581DDD">
        <w:rPr/>
        <w:t>.</w:t>
      </w:r>
    </w:p>
    <w:p w:rsidR="006601A7" w:rsidP="52662BC6" w:rsidRDefault="006601A7" w14:paraId="403A60F7" w14:textId="68009B4F">
      <w:pPr>
        <w:pBdr>
          <w:bottom w:val="single" w:color="FF000000" w:sz="4" w:space="1"/>
        </w:pBdr>
      </w:pPr>
      <w:r w:rsidR="26604293">
        <w:rPr/>
        <w:t xml:space="preserve">Relevant policies and guidance are available at: </w:t>
      </w:r>
      <w:hyperlink r:id="R4900d4142a6047ad">
        <w:r w:rsidRPr="52662BC6" w:rsidR="26604293">
          <w:rPr>
            <w:rStyle w:val="Hyperlink"/>
          </w:rPr>
          <w:t>https://www.setu.ie/research-innovation/researcher-support/researcher-compliance/research-ethics</w:t>
        </w:r>
      </w:hyperlink>
    </w:p>
    <w:p w:rsidR="006601A7" w:rsidP="52662BC6" w:rsidRDefault="006601A7" w14:paraId="1F9BA3EC" w14:textId="6C711CB0">
      <w:pPr>
        <w:pStyle w:val="Normal"/>
        <w:pBdr>
          <w:bottom w:val="single" w:color="FF000000" w:sz="4" w:space="1"/>
        </w:pBdr>
      </w:pPr>
    </w:p>
    <w:p w:rsidR="00FD67AF" w:rsidP="006601A7" w:rsidRDefault="04500982" w14:paraId="1B12EF67" w14:textId="4DAFA525">
      <w:pPr>
        <w:pStyle w:val="Heading2"/>
      </w:pPr>
      <w:r w:rsidRPr="006601A7">
        <w:t>1. Applicant &amp; Research Team</w:t>
      </w:r>
    </w:p>
    <w:p w:rsidRPr="006601A7" w:rsidR="029E06E2" w:rsidRDefault="029E06E2" w14:paraId="1B5D4827" w14:textId="3EC1432D">
      <w:pPr>
        <w:rPr>
          <w:b/>
          <w:bCs/>
        </w:rPr>
      </w:pPr>
      <w:r w:rsidRPr="006601A7">
        <w:rPr>
          <w:b/>
          <w:bCs/>
        </w:rPr>
        <w:t xml:space="preserve">1.1. </w:t>
      </w:r>
      <w:r w:rsidRPr="006601A7" w:rsidR="04500982">
        <w:rPr>
          <w:b/>
          <w:bCs/>
        </w:rPr>
        <w:t>Primary Researcher – Name, Title, Email, Phone, School/Faculty:</w:t>
      </w:r>
    </w:p>
    <w:sdt>
      <w:sdtPr>
        <w:alias w:val="Primary Researcher"/>
        <w:tag w:val="primary_researcher"/>
        <w:id w:val="453988516"/>
        <w:text/>
        <w:placeholder>
          <w:docPart w:val="DefaultPlaceholder_1081868574"/>
        </w:placeholder>
      </w:sdtPr>
      <w:sdtEndPr/>
      <w:sdtContent>
        <w:p w:rsidRPr="006601A7" w:rsidR="04500982" w:rsidRDefault="04500982" w14:paraId="5D7F9F59" w14:textId="77777777">
          <w:pPr>
            <w:rPr>
              <w:b/>
              <w:bCs/>
            </w:rPr>
          </w:pPr>
          <w:r w:rsidRPr="006601A7">
            <w:rPr>
              <w:color w:val="888888"/>
            </w:rPr>
            <w:t>Enter details</w:t>
          </w:r>
        </w:p>
      </w:sdtContent>
    </w:sdt>
    <w:p w:rsidRPr="006601A7" w:rsidR="38A894F0" w:rsidRDefault="38A894F0" w14:paraId="15F0E681" w14:textId="6C8E2766">
      <w:pPr>
        <w:rPr>
          <w:b/>
          <w:bCs/>
        </w:rPr>
      </w:pPr>
      <w:r w:rsidRPr="006601A7">
        <w:rPr>
          <w:b/>
          <w:bCs/>
        </w:rPr>
        <w:t xml:space="preserve">1.2. </w:t>
      </w:r>
      <w:r w:rsidRPr="006601A7" w:rsidR="04500982">
        <w:rPr>
          <w:b/>
          <w:bCs/>
        </w:rPr>
        <w:t>Principal Investigator / Supervisor – Name, Title, Email, Phone, School/Faculty:</w:t>
      </w:r>
    </w:p>
    <w:sdt>
      <w:sdtPr>
        <w:alias w:val="PI/Supervisor"/>
        <w:tag w:val="pi_details"/>
        <w:id w:val="43929364"/>
        <w:text/>
        <w:placeholder>
          <w:docPart w:val="DefaultPlaceholder_1081868574"/>
        </w:placeholder>
      </w:sdtPr>
      <w:sdtEndPr/>
      <w:sdtContent>
        <w:p w:rsidRPr="006601A7" w:rsidR="04500982" w:rsidRDefault="04500982" w14:paraId="7B4D65E1" w14:textId="77777777">
          <w:pPr>
            <w:rPr>
              <w:b/>
              <w:bCs/>
            </w:rPr>
          </w:pPr>
          <w:r w:rsidRPr="006601A7">
            <w:rPr>
              <w:color w:val="888888"/>
            </w:rPr>
            <w:t>Enter details</w:t>
          </w:r>
        </w:p>
      </w:sdtContent>
    </w:sdt>
    <w:p w:rsidRPr="006601A7" w:rsidR="42D244C7" w:rsidRDefault="42D244C7" w14:paraId="0E61E20A" w14:textId="488647AD">
      <w:pPr>
        <w:rPr>
          <w:b/>
          <w:bCs/>
        </w:rPr>
      </w:pPr>
      <w:r w:rsidRPr="006601A7">
        <w:rPr>
          <w:b/>
          <w:bCs/>
        </w:rPr>
        <w:t xml:space="preserve">1.3. </w:t>
      </w:r>
      <w:r w:rsidRPr="006601A7" w:rsidR="04500982">
        <w:rPr>
          <w:b/>
          <w:bCs/>
        </w:rPr>
        <w:t xml:space="preserve">Additional Researchers </w:t>
      </w:r>
      <w:r w:rsidRPr="006601A7" w:rsidR="008E56D0">
        <w:rPr>
          <w:b/>
          <w:bCs/>
        </w:rPr>
        <w:t>and Technicians</w:t>
      </w:r>
      <w:r w:rsidRPr="006601A7" w:rsidR="00BA597A">
        <w:rPr>
          <w:b/>
          <w:bCs/>
        </w:rPr>
        <w:t xml:space="preserve"> Involved in the Experiment </w:t>
      </w:r>
      <w:r w:rsidRPr="006601A7" w:rsidR="04500982">
        <w:rPr>
          <w:b/>
          <w:bCs/>
        </w:rPr>
        <w:t>(names, emails, roles):</w:t>
      </w:r>
    </w:p>
    <w:sdt>
      <w:sdtPr>
        <w:alias w:val="Additional Researchers"/>
        <w:tag w:val="addl_researchers"/>
        <w:id w:val="1233715789"/>
        <w:text/>
        <w:placeholder>
          <w:docPart w:val="DefaultPlaceholder_1081868574"/>
        </w:placeholder>
      </w:sdtPr>
      <w:sdtEndPr/>
      <w:sdtContent>
        <w:p w:rsidRPr="006601A7" w:rsidR="04500982" w:rsidRDefault="04500982" w14:paraId="6C809D66" w14:textId="77777777">
          <w:r w:rsidRPr="006601A7">
            <w:rPr>
              <w:color w:val="888888"/>
            </w:rPr>
            <w:t>List names, contacts, roles</w:t>
          </w:r>
        </w:p>
      </w:sdtContent>
    </w:sdt>
    <w:p w:rsidRPr="006601A7" w:rsidR="0F4407C2" w:rsidRDefault="0F4407C2" w14:paraId="521FF14F" w14:textId="70F44DD5">
      <w:pPr>
        <w:rPr>
          <w:b/>
          <w:bCs/>
        </w:rPr>
      </w:pPr>
      <w:r w:rsidRPr="006601A7">
        <w:rPr>
          <w:b/>
          <w:bCs/>
        </w:rPr>
        <w:t xml:space="preserve">1.4. </w:t>
      </w:r>
      <w:r w:rsidRPr="006601A7" w:rsidR="04500982">
        <w:rPr>
          <w:b/>
          <w:bCs/>
        </w:rPr>
        <w:t>Training Completed (Epigeum Research Integrity + animal‑specific competencies e.g.</w:t>
      </w:r>
      <w:r w:rsidRPr="006601A7" w:rsidR="41371CAB">
        <w:rPr>
          <w:b/>
          <w:bCs/>
        </w:rPr>
        <w:t>,</w:t>
      </w:r>
      <w:r w:rsidRPr="006601A7" w:rsidR="04500982">
        <w:rPr>
          <w:b/>
          <w:bCs/>
        </w:rPr>
        <w:t xml:space="preserve"> LAST course or UCD TEARAP):</w:t>
      </w:r>
    </w:p>
    <w:sdt>
      <w:sdtPr>
        <w:alias w:val="Training"/>
        <w:tag w:val="training"/>
        <w:id w:val="1309514200"/>
        <w:text/>
        <w:placeholder>
          <w:docPart w:val="DefaultPlaceholder_1081868574"/>
        </w:placeholder>
      </w:sdtPr>
      <w:sdtEndPr/>
      <w:sdtContent>
        <w:p w:rsidR="04500982" w:rsidRDefault="04500982" w14:paraId="52961FE4" w14:textId="77777777">
          <w:r w:rsidRPr="6E577D78">
            <w:rPr>
              <w:color w:val="888888"/>
            </w:rPr>
            <w:t>List and attach certificates in appendices</w:t>
          </w:r>
        </w:p>
      </w:sdtContent>
    </w:sdt>
    <w:p w:rsidR="6E577D78" w:rsidRDefault="6E577D78" w14:paraId="5950E05B" w14:textId="063E2AE7"/>
    <w:p w:rsidR="006601A7" w:rsidRDefault="006601A7" w14:paraId="1A0082D6" w14:textId="77777777"/>
    <w:p w:rsidR="00A16026" w:rsidP="006601A7" w:rsidRDefault="04500982" w14:paraId="245B4B85" w14:textId="76868B3E">
      <w:pPr>
        <w:pStyle w:val="Heading2"/>
      </w:pPr>
      <w:r w:rsidRPr="006601A7">
        <w:t>2</w:t>
      </w:r>
      <w:r w:rsidRPr="006601A7" w:rsidR="00FD67AF">
        <w:t xml:space="preserve">. </w:t>
      </w:r>
      <w:r w:rsidRPr="006601A7" w:rsidR="5C0974A5">
        <w:t>Study</w:t>
      </w:r>
      <w:r w:rsidRPr="006601A7" w:rsidR="00FD67AF">
        <w:t xml:space="preserve"> Overview</w:t>
      </w:r>
    </w:p>
    <w:p w:rsidRPr="006601A7" w:rsidR="00A16026" w:rsidRDefault="5993D122" w14:paraId="7E5FFE73" w14:textId="105D60C2">
      <w:pPr>
        <w:rPr>
          <w:b/>
          <w:bCs/>
        </w:rPr>
      </w:pPr>
      <w:r w:rsidRPr="006601A7">
        <w:rPr>
          <w:b/>
          <w:bCs/>
        </w:rPr>
        <w:t>2</w:t>
      </w:r>
      <w:r w:rsidRPr="006601A7" w:rsidR="00FD67AF">
        <w:rPr>
          <w:b/>
          <w:bCs/>
        </w:rPr>
        <w:t>.1</w:t>
      </w:r>
      <w:r w:rsidRPr="006601A7" w:rsidR="18A569FE">
        <w:rPr>
          <w:b/>
          <w:bCs/>
        </w:rPr>
        <w:t>.</w:t>
      </w:r>
      <w:r w:rsidRPr="006601A7" w:rsidR="00FD67AF">
        <w:rPr>
          <w:b/>
          <w:bCs/>
        </w:rPr>
        <w:t xml:space="preserve"> </w:t>
      </w:r>
      <w:r w:rsidRPr="006601A7" w:rsidR="79BB90BF">
        <w:rPr>
          <w:b/>
          <w:bCs/>
        </w:rPr>
        <w:t>Study</w:t>
      </w:r>
      <w:r w:rsidRPr="006601A7" w:rsidR="00FD67AF">
        <w:rPr>
          <w:b/>
          <w:bCs/>
        </w:rPr>
        <w:t xml:space="preserve"> Title:</w:t>
      </w:r>
    </w:p>
    <w:sdt>
      <w:sdtPr>
        <w:alias w:val="Project Title"/>
        <w:tag w:val="proj_title"/>
        <w:id w:val="100"/>
        <w:text/>
        <w:placeholder>
          <w:docPart w:val="DefaultPlaceholder_1081868574"/>
        </w:placeholder>
      </w:sdtPr>
      <w:sdtEndPr/>
      <w:sdtContent>
        <w:p w:rsidR="00A16026" w:rsidRDefault="00FD67AF" w14:paraId="5CA25525" w14:textId="5A2EAE46">
          <w:r w:rsidRPr="544B8BA6">
            <w:rPr>
              <w:color w:val="888888"/>
            </w:rPr>
            <w:t xml:space="preserve">Click to enter </w:t>
          </w:r>
          <w:r w:rsidRPr="544B8BA6" w:rsidR="79BB90BF">
            <w:rPr>
              <w:color w:val="888888"/>
            </w:rPr>
            <w:t>study</w:t>
          </w:r>
          <w:r w:rsidRPr="544B8BA6">
            <w:rPr>
              <w:color w:val="888888"/>
            </w:rPr>
            <w:t xml:space="preserve"> title</w:t>
          </w:r>
        </w:p>
      </w:sdtContent>
    </w:sdt>
    <w:p w:rsidRPr="006601A7" w:rsidR="00877FA9" w:rsidP="00877FA9" w:rsidRDefault="34A548D7" w14:paraId="11303DB4" w14:textId="07445C64">
      <w:pPr>
        <w:rPr>
          <w:b/>
          <w:bCs/>
        </w:rPr>
      </w:pPr>
      <w:r w:rsidRPr="006601A7">
        <w:rPr>
          <w:b/>
          <w:bCs/>
        </w:rPr>
        <w:t>2</w:t>
      </w:r>
      <w:r w:rsidRPr="006601A7" w:rsidR="00FD67AF">
        <w:rPr>
          <w:b/>
          <w:bCs/>
        </w:rPr>
        <w:t>.2</w:t>
      </w:r>
      <w:r w:rsidRPr="006601A7" w:rsidR="4D2D16A6">
        <w:rPr>
          <w:b/>
          <w:bCs/>
        </w:rPr>
        <w:t>.</w:t>
      </w:r>
      <w:r w:rsidRPr="006601A7" w:rsidR="00FD67AF">
        <w:rPr>
          <w:b/>
          <w:bCs/>
        </w:rPr>
        <w:t xml:space="preserve"> Start Date</w:t>
      </w:r>
      <w:r w:rsidRPr="006601A7" w:rsidR="00877FA9">
        <w:rPr>
          <w:b/>
          <w:bCs/>
        </w:rPr>
        <w:t xml:space="preserve"> i.e. </w:t>
      </w:r>
      <w:r w:rsidRPr="006601A7" w:rsidR="0D6DD737">
        <w:rPr>
          <w:b/>
          <w:bCs/>
        </w:rPr>
        <w:t>d</w:t>
      </w:r>
      <w:r w:rsidRPr="006601A7" w:rsidR="00877FA9">
        <w:rPr>
          <w:b/>
          <w:bCs/>
        </w:rPr>
        <w:t>ate animals are to be assigned to experimental treatments</w:t>
      </w:r>
      <w:r w:rsidRPr="006601A7" w:rsidR="3FC3A164">
        <w:rPr>
          <w:b/>
          <w:bCs/>
        </w:rPr>
        <w:t>:</w:t>
      </w:r>
    </w:p>
    <w:sdt>
      <w:sdtPr>
        <w:alias w:val="Start Date"/>
        <w:tag w:val="start_date"/>
        <w:id w:val="-460955473"/>
        <w:text/>
        <w:placeholder>
          <w:docPart w:val="DefaultPlaceholder_1081868574"/>
        </w:placeholder>
      </w:sdtPr>
      <w:sdtEndPr/>
      <w:sdtContent>
        <w:p w:rsidR="00A16026" w:rsidP="6E577D78" w:rsidRDefault="00FD67AF" w14:paraId="511AF41F" w14:textId="4FDC749B">
          <w:r w:rsidRPr="6E577D78">
            <w:rPr>
              <w:color w:val="888888"/>
            </w:rPr>
            <w:t>DD/MM/YYYY</w:t>
          </w:r>
        </w:p>
      </w:sdtContent>
    </w:sdt>
    <w:p w:rsidRPr="006601A7" w:rsidR="00A16026" w:rsidRDefault="6A7F9CA3" w14:paraId="773D0204" w14:textId="5ED815F3">
      <w:pPr>
        <w:rPr>
          <w:b/>
          <w:bCs/>
        </w:rPr>
      </w:pPr>
      <w:r w:rsidRPr="006601A7">
        <w:rPr>
          <w:b/>
          <w:bCs/>
        </w:rPr>
        <w:t>2</w:t>
      </w:r>
      <w:r w:rsidRPr="006601A7" w:rsidR="00FD67AF">
        <w:rPr>
          <w:b/>
          <w:bCs/>
        </w:rPr>
        <w:t>.3</w:t>
      </w:r>
      <w:r w:rsidRPr="006601A7" w:rsidR="295E14C6">
        <w:rPr>
          <w:b/>
          <w:bCs/>
        </w:rPr>
        <w:t>.</w:t>
      </w:r>
      <w:r w:rsidRPr="006601A7" w:rsidR="00FD67AF">
        <w:rPr>
          <w:b/>
          <w:bCs/>
        </w:rPr>
        <w:t xml:space="preserve"> </w:t>
      </w:r>
      <w:r w:rsidRPr="006601A7" w:rsidR="00B6110E">
        <w:rPr>
          <w:b/>
          <w:bCs/>
        </w:rPr>
        <w:t xml:space="preserve">End Date i.e. </w:t>
      </w:r>
      <w:r w:rsidRPr="006601A7" w:rsidR="571C821B">
        <w:rPr>
          <w:b/>
          <w:bCs/>
        </w:rPr>
        <w:t>d</w:t>
      </w:r>
      <w:r w:rsidRPr="006601A7" w:rsidR="00B6110E">
        <w:rPr>
          <w:b/>
          <w:bCs/>
        </w:rPr>
        <w:t xml:space="preserve">ate application of experimental treatments to animals is </w:t>
      </w:r>
      <w:r w:rsidRPr="006601A7" w:rsidR="226A47EB">
        <w:rPr>
          <w:b/>
          <w:bCs/>
        </w:rPr>
        <w:t>withdrawn:</w:t>
      </w:r>
    </w:p>
    <w:sdt>
      <w:sdtPr>
        <w:rPr>
          <w:color w:val="888888"/>
        </w:rPr>
        <w:alias w:val="Duration"/>
        <w:tag w:val="duration"/>
        <w:id w:val="1685398534"/>
        <w:text/>
        <w:placeholder>
          <w:docPart w:val="DefaultPlaceholder_1081868574"/>
        </w:placeholder>
      </w:sdtPr>
      <w:sdtEndPr>
        <w:rPr>
          <w:color w:val="888888"/>
        </w:rPr>
      </w:sdtEndPr>
      <w:sdtContent>
        <w:p w:rsidRPr="006601A7" w:rsidR="00A16026" w:rsidRDefault="226A47EB" w14:paraId="0C1CEB5C" w14:textId="68506FE5">
          <w:pPr>
            <w:rPr>
              <w:color w:val="888888"/>
            </w:rPr>
          </w:pPr>
          <w:r w:rsidRPr="006601A7">
            <w:rPr>
              <w:color w:val="888888"/>
            </w:rPr>
            <w:t xml:space="preserve">DD/MM/YYYY </w:t>
          </w:r>
        </w:p>
      </w:sdtContent>
    </w:sdt>
    <w:p w:rsidRPr="006601A7" w:rsidR="00A16026" w:rsidRDefault="5050D548" w14:paraId="6786CC03" w14:textId="1F11CB4D">
      <w:pPr>
        <w:rPr>
          <w:b/>
          <w:bCs/>
        </w:rPr>
      </w:pPr>
      <w:r w:rsidRPr="006601A7">
        <w:rPr>
          <w:b/>
          <w:bCs/>
        </w:rPr>
        <w:t>2</w:t>
      </w:r>
      <w:r w:rsidRPr="006601A7" w:rsidR="00FD67AF">
        <w:rPr>
          <w:b/>
          <w:bCs/>
        </w:rPr>
        <w:t>.4</w:t>
      </w:r>
      <w:r w:rsidRPr="006601A7" w:rsidR="61DFB7F3">
        <w:rPr>
          <w:b/>
          <w:bCs/>
        </w:rPr>
        <w:t>.</w:t>
      </w:r>
      <w:r w:rsidRPr="006601A7" w:rsidR="00FD67AF">
        <w:rPr>
          <w:b/>
          <w:bCs/>
        </w:rPr>
        <w:t xml:space="preserve"> Lay Summary (≤200 words):</w:t>
      </w:r>
    </w:p>
    <w:sdt>
      <w:sdtPr>
        <w:rPr>
          <w:color w:val="888888"/>
        </w:rPr>
        <w:alias w:val="Lay Summary"/>
        <w:tag w:val="lay_summary"/>
        <w:id w:val="1226412791"/>
        <w:text/>
        <w:placeholder>
          <w:docPart w:val="DefaultPlaceholder_1081868574"/>
        </w:placeholder>
      </w:sdtPr>
      <w:sdtEndPr>
        <w:rPr>
          <w:color w:val="888888"/>
        </w:rPr>
      </w:sdtEndPr>
      <w:sdtContent>
        <w:p w:rsidR="00A16026" w:rsidRDefault="008E56D0" w14:paraId="6999B4CA" w14:textId="586B6CB2">
          <w:r w:rsidRPr="1DE0CD4D" w:rsidR="008E56D0">
            <w:rPr>
              <w:color w:val="888888"/>
            </w:rPr>
            <w:t xml:space="preserve">Non‑technical summary of the </w:t>
          </w:r>
          <w:r w:rsidRPr="1DE0CD4D" w:rsidR="79BB90BF">
            <w:rPr>
              <w:color w:val="888888"/>
            </w:rPr>
            <w:t>study</w:t>
          </w:r>
          <w:r w:rsidRPr="1DE0CD4D" w:rsidR="008E56D0">
            <w:rPr>
              <w:color w:val="888888"/>
            </w:rPr>
            <w:t xml:space="preserve"> and animal involvement. You must use clear, jargon-free, non-scientific language to explain the following as they relate to your </w:t>
          </w:r>
          <w:r w:rsidRPr="1DE0CD4D" w:rsidR="79BB90BF">
            <w:rPr>
              <w:color w:val="888888"/>
            </w:rPr>
            <w:t>study</w:t>
          </w:r>
          <w:r w:rsidRPr="1DE0CD4D" w:rsidR="008E56D0">
            <w:rPr>
              <w:color w:val="888888"/>
            </w:rPr>
            <w:t xml:space="preserve">: (1) The objectives; (2) What it is that you propose to do (3) The </w:t>
          </w:r>
          <w:r w:rsidRPr="1DE0CD4D" w:rsidR="560B37FF">
            <w:rPr>
              <w:color w:val="888888"/>
            </w:rPr>
            <w:t>p</w:t>
          </w:r>
          <w:r w:rsidRPr="1DE0CD4D" w:rsidR="560B37FF">
            <w:rPr>
              <w:color w:val="888888"/>
            </w:rPr>
            <w:t>otential</w:t>
          </w:r>
          <w:r w:rsidRPr="1DE0CD4D" w:rsidR="560B37FF">
            <w:rPr>
              <w:color w:val="888888"/>
            </w:rPr>
            <w:t xml:space="preserve"> </w:t>
          </w:r>
          <w:r w:rsidRPr="1DE0CD4D" w:rsidR="008E56D0">
            <w:rPr>
              <w:color w:val="888888"/>
            </w:rPr>
            <w:t>harms and (4) The potential benefits.</w:t>
          </w:r>
        </w:p>
      </w:sdtContent>
    </w:sdt>
    <w:p w:rsidRPr="006601A7" w:rsidR="00A16026" w:rsidRDefault="2147E24D" w14:paraId="074482FA" w14:textId="100DC007">
      <w:pPr>
        <w:rPr>
          <w:b w:val="1"/>
          <w:bCs w:val="1"/>
        </w:rPr>
      </w:pPr>
      <w:r w:rsidRPr="52662BC6" w:rsidR="2147E24D">
        <w:rPr>
          <w:b w:val="1"/>
          <w:bCs w:val="1"/>
        </w:rPr>
        <w:t>2</w:t>
      </w:r>
      <w:r w:rsidRPr="52662BC6" w:rsidR="00FD67AF">
        <w:rPr>
          <w:b w:val="1"/>
          <w:bCs w:val="1"/>
        </w:rPr>
        <w:t>.5</w:t>
      </w:r>
      <w:r w:rsidRPr="52662BC6" w:rsidR="5402F8C3">
        <w:rPr>
          <w:b w:val="1"/>
          <w:bCs w:val="1"/>
        </w:rPr>
        <w:t>. Outline</w:t>
      </w:r>
      <w:r w:rsidRPr="52662BC6" w:rsidR="005D14D0">
        <w:rPr>
          <w:b w:val="1"/>
          <w:bCs w:val="1"/>
        </w:rPr>
        <w:t xml:space="preserve"> </w:t>
      </w:r>
      <w:r w:rsidRPr="52662BC6" w:rsidR="00B6110E">
        <w:rPr>
          <w:b w:val="1"/>
          <w:bCs w:val="1"/>
        </w:rPr>
        <w:t xml:space="preserve">how you have applied the 3Rs (Reduction, </w:t>
      </w:r>
      <w:r w:rsidRPr="52662BC6" w:rsidR="6328E3C1">
        <w:rPr>
          <w:b w:val="1"/>
          <w:bCs w:val="1"/>
        </w:rPr>
        <w:t>Refinement,</w:t>
      </w:r>
      <w:r w:rsidRPr="52662BC6" w:rsidR="00B6110E">
        <w:rPr>
          <w:b w:val="1"/>
          <w:bCs w:val="1"/>
        </w:rPr>
        <w:t xml:space="preserve"> an</w:t>
      </w:r>
      <w:r w:rsidRPr="52662BC6" w:rsidR="005D14D0">
        <w:rPr>
          <w:b w:val="1"/>
          <w:bCs w:val="1"/>
        </w:rPr>
        <w:t xml:space="preserve">d Replacement) when designing </w:t>
      </w:r>
      <w:r w:rsidRPr="52662BC6" w:rsidR="00B6110E">
        <w:rPr>
          <w:b w:val="1"/>
          <w:bCs w:val="1"/>
        </w:rPr>
        <w:t xml:space="preserve">the proposed </w:t>
      </w:r>
      <w:r w:rsidRPr="52662BC6" w:rsidR="59BFC69B">
        <w:rPr>
          <w:b w:val="1"/>
          <w:bCs w:val="1"/>
        </w:rPr>
        <w:t>study</w:t>
      </w:r>
      <w:r w:rsidRPr="52662BC6" w:rsidR="00B6110E">
        <w:rPr>
          <w:b w:val="1"/>
          <w:bCs w:val="1"/>
        </w:rPr>
        <w:t xml:space="preserve">. Discuss each principle </w:t>
      </w:r>
      <w:r w:rsidRPr="52662BC6" w:rsidR="37A9CFCC">
        <w:rPr>
          <w:b w:val="1"/>
          <w:bCs w:val="1"/>
        </w:rPr>
        <w:t>separately. (</w:t>
      </w:r>
      <w:r w:rsidRPr="52662BC6" w:rsidR="00FD67AF">
        <w:rPr>
          <w:b w:val="1"/>
          <w:bCs w:val="1"/>
        </w:rPr>
        <w:t>≤200 words):</w:t>
      </w:r>
    </w:p>
    <w:sdt>
      <w:sdtPr>
        <w:alias w:val="3Rs"/>
        <w:tag w:val="three_rs"/>
        <w:id w:val="1693109232"/>
        <w:text/>
        <w:placeholder>
          <w:docPart w:val="DefaultPlaceholder_1081868574"/>
        </w:placeholder>
      </w:sdtPr>
      <w:sdtEndPr/>
      <w:sdtContent>
        <w:p w:rsidR="00A16026" w:rsidRDefault="00FD67AF" w14:paraId="1AC29D3D" w14:textId="77777777">
          <w:r>
            <w:rPr>
              <w:color w:val="888888"/>
            </w:rPr>
            <w:t>Reduction — Refinement — Replacement</w:t>
          </w:r>
        </w:p>
      </w:sdtContent>
    </w:sdt>
    <w:p w:rsidRPr="006601A7" w:rsidR="00A16026" w:rsidRDefault="7D11904D" w14:paraId="149C7A18" w14:textId="1BF381BF">
      <w:pPr>
        <w:rPr>
          <w:b/>
          <w:bCs/>
        </w:rPr>
      </w:pPr>
      <w:r w:rsidRPr="006601A7">
        <w:rPr>
          <w:b/>
          <w:bCs/>
        </w:rPr>
        <w:t>2</w:t>
      </w:r>
      <w:r w:rsidRPr="006601A7" w:rsidR="00FD67AF">
        <w:rPr>
          <w:b/>
          <w:bCs/>
        </w:rPr>
        <w:t>.6</w:t>
      </w:r>
      <w:r w:rsidRPr="006601A7" w:rsidR="6B3E3093">
        <w:rPr>
          <w:b/>
          <w:bCs/>
        </w:rPr>
        <w:t>.</w:t>
      </w:r>
      <w:r w:rsidRPr="006601A7" w:rsidR="00FD67AF">
        <w:rPr>
          <w:b/>
          <w:bCs/>
        </w:rPr>
        <w:t xml:space="preserve"> Location of Research:</w:t>
      </w:r>
    </w:p>
    <w:sdt>
      <w:sdtPr>
        <w:alias w:val="Locations"/>
        <w:tag w:val="locations"/>
        <w:id w:val="360864057"/>
        <w:text/>
        <w:placeholder>
          <w:docPart w:val="DefaultPlaceholder_1081868574"/>
        </w:placeholder>
      </w:sdtPr>
      <w:sdtEndPr/>
      <w:sdtContent>
        <w:p w:rsidR="00A16026" w:rsidRDefault="00FD67AF" w14:paraId="0020C92A" w14:textId="77777777">
          <w:r w:rsidRPr="6E577D78">
            <w:rPr>
              <w:color w:val="888888"/>
            </w:rPr>
            <w:t>SETU facilities and/or external locations (no personal data)</w:t>
          </w:r>
        </w:p>
      </w:sdtContent>
    </w:sdt>
    <w:p w:rsidR="006601A7" w:rsidP="006601A7" w:rsidRDefault="006601A7" w14:paraId="6BAB6E56" w14:textId="77777777">
      <w:pPr>
        <w:pStyle w:val="Heading2"/>
      </w:pPr>
    </w:p>
    <w:p w:rsidR="00A16026" w:rsidP="006601A7" w:rsidRDefault="00FD67AF" w14:paraId="0BD103BC" w14:textId="20A817F2">
      <w:pPr>
        <w:pStyle w:val="Heading2"/>
      </w:pPr>
      <w:r w:rsidRPr="006601A7">
        <w:t>3. External Approvals &amp; Licensing</w:t>
      </w:r>
    </w:p>
    <w:p w:rsidRPr="006601A7" w:rsidR="00A16026" w:rsidRDefault="00FD67AF" w14:paraId="342F06A3" w14:textId="6487C6CB">
      <w:pPr>
        <w:rPr>
          <w:b/>
          <w:bCs/>
        </w:rPr>
      </w:pPr>
      <w:r w:rsidRPr="006601A7">
        <w:rPr>
          <w:b/>
          <w:bCs/>
        </w:rPr>
        <w:t>3.1</w:t>
      </w:r>
      <w:r w:rsidRPr="006601A7" w:rsidR="72C972B9">
        <w:rPr>
          <w:b/>
          <w:bCs/>
        </w:rPr>
        <w:t>.</w:t>
      </w:r>
      <w:r w:rsidRPr="006601A7">
        <w:rPr>
          <w:b/>
          <w:bCs/>
        </w:rPr>
        <w:t xml:space="preserve"> </w:t>
      </w:r>
      <w:r w:rsidRPr="006601A7" w:rsidR="00E42549">
        <w:rPr>
          <w:b/>
          <w:bCs/>
        </w:rPr>
        <w:t xml:space="preserve">Is a </w:t>
      </w:r>
      <w:r w:rsidRPr="006601A7">
        <w:rPr>
          <w:b/>
          <w:bCs/>
        </w:rPr>
        <w:t xml:space="preserve">HPRA Licence required? </w:t>
      </w:r>
    </w:p>
    <w:sdt>
      <w:sdtPr>
        <w:alias w:val="HPRA"/>
        <w:tag w:val="hpra"/>
        <w:id w:val="-2091459538"/>
        <w:text/>
        <w:placeholder>
          <w:docPart w:val="DefaultPlaceholder_1081868574"/>
        </w:placeholder>
      </w:sdtPr>
      <w:sdtEndPr/>
      <w:sdtContent>
        <w:p w:rsidR="00A16026" w:rsidP="6E577D78" w:rsidRDefault="00E42549" w14:paraId="3F5B821C" w14:textId="66CB669F">
          <w:pPr>
            <w:rPr>
              <w:color w:val="888888"/>
            </w:rPr>
          </w:pPr>
          <w:r w:rsidRPr="6E577D78">
            <w:rPr>
              <w:color w:val="888888"/>
            </w:rPr>
            <w:t>Yes/No</w:t>
          </w:r>
        </w:p>
      </w:sdtContent>
    </w:sdt>
    <w:p w:rsidRPr="006601A7" w:rsidR="00A16026" w:rsidRDefault="00FD67AF" w14:paraId="0DE66561" w14:textId="1657CB4E">
      <w:pPr>
        <w:rPr>
          <w:b/>
          <w:bCs/>
        </w:rPr>
      </w:pPr>
      <w:r w:rsidRPr="006601A7">
        <w:rPr>
          <w:b/>
          <w:bCs/>
        </w:rPr>
        <w:t>3.2</w:t>
      </w:r>
      <w:r w:rsidRPr="006601A7" w:rsidR="3716069B">
        <w:rPr>
          <w:b/>
          <w:bCs/>
        </w:rPr>
        <w:t>.</w:t>
      </w:r>
      <w:r w:rsidRPr="006601A7">
        <w:rPr>
          <w:b/>
          <w:bCs/>
        </w:rPr>
        <w:t xml:space="preserve"> </w:t>
      </w:r>
      <w:r w:rsidRPr="006601A7" w:rsidR="00E42549">
        <w:rPr>
          <w:b/>
          <w:bCs/>
        </w:rPr>
        <w:t xml:space="preserve">Does your research involve the use of </w:t>
      </w:r>
      <w:r w:rsidRPr="006601A7">
        <w:rPr>
          <w:b/>
          <w:bCs/>
        </w:rPr>
        <w:t>GMO</w:t>
      </w:r>
      <w:r w:rsidRPr="006601A7" w:rsidR="00E42549">
        <w:rPr>
          <w:b/>
          <w:bCs/>
        </w:rPr>
        <w:t>s</w:t>
      </w:r>
      <w:r w:rsidRPr="006601A7">
        <w:rPr>
          <w:b/>
          <w:bCs/>
        </w:rPr>
        <w:t xml:space="preserve">? If yes, confirm </w:t>
      </w:r>
      <w:r w:rsidRPr="006601A7" w:rsidR="00E42549">
        <w:rPr>
          <w:b/>
          <w:bCs/>
        </w:rPr>
        <w:t xml:space="preserve">that the </w:t>
      </w:r>
      <w:r w:rsidRPr="006601A7">
        <w:rPr>
          <w:b/>
          <w:bCs/>
        </w:rPr>
        <w:t xml:space="preserve">EPA </w:t>
      </w:r>
      <w:r w:rsidRPr="006601A7" w:rsidR="00E42549">
        <w:rPr>
          <w:b/>
          <w:bCs/>
        </w:rPr>
        <w:t xml:space="preserve">have been </w:t>
      </w:r>
      <w:r w:rsidRPr="006601A7">
        <w:rPr>
          <w:b/>
          <w:bCs/>
        </w:rPr>
        <w:t>notified:</w:t>
      </w:r>
    </w:p>
    <w:sdt>
      <w:sdtPr>
        <w:alias w:val="GMO/EPA"/>
        <w:tag w:val="gmo_epa"/>
        <w:id w:val="997846250"/>
        <w:text/>
        <w:placeholder>
          <w:docPart w:val="DefaultPlaceholder_1081868574"/>
        </w:placeholder>
      </w:sdtPr>
      <w:sdtEndPr/>
      <w:sdtContent>
        <w:p w:rsidR="00A16026" w:rsidRDefault="00FD67AF" w14:paraId="6AC75341" w14:textId="11CC363B">
          <w:r w:rsidRPr="6E577D78">
            <w:rPr>
              <w:color w:val="888888"/>
            </w:rPr>
            <w:t xml:space="preserve">Yes/No – </w:t>
          </w:r>
          <w:r w:rsidRPr="6E577D78" w:rsidR="0E9D3957">
            <w:rPr>
              <w:color w:val="888888"/>
            </w:rPr>
            <w:t xml:space="preserve">if </w:t>
          </w:r>
          <w:r w:rsidRPr="6E577D78" w:rsidR="5A6E04CE">
            <w:rPr>
              <w:color w:val="888888"/>
            </w:rPr>
            <w:t>yes</w:t>
          </w:r>
          <w:r w:rsidRPr="6E577D78" w:rsidR="0E9D3957">
            <w:rPr>
              <w:color w:val="888888"/>
            </w:rPr>
            <w:t xml:space="preserve">, </w:t>
          </w:r>
          <w:r w:rsidRPr="6E577D78">
            <w:rPr>
              <w:color w:val="888888"/>
            </w:rPr>
            <w:t>EPA notification details</w:t>
          </w:r>
        </w:p>
      </w:sdtContent>
    </w:sdt>
    <w:p w:rsidRPr="006601A7" w:rsidR="00B6110E" w:rsidRDefault="00B6110E" w14:paraId="0713C78C" w14:textId="0FA75FF3">
      <w:pPr>
        <w:rPr>
          <w:b/>
          <w:bCs/>
        </w:rPr>
      </w:pPr>
      <w:r w:rsidRPr="006601A7">
        <w:rPr>
          <w:b/>
          <w:bCs/>
        </w:rPr>
        <w:t>3.3</w:t>
      </w:r>
      <w:r w:rsidRPr="006601A7" w:rsidR="2E2B3EBF">
        <w:rPr>
          <w:b/>
          <w:bCs/>
        </w:rPr>
        <w:t>.</w:t>
      </w:r>
      <w:r w:rsidRPr="006601A7">
        <w:rPr>
          <w:b/>
          <w:bCs/>
        </w:rPr>
        <w:t xml:space="preserve"> Does </w:t>
      </w:r>
      <w:r w:rsidRPr="006601A7" w:rsidR="71973489">
        <w:rPr>
          <w:b/>
          <w:bCs/>
        </w:rPr>
        <w:t>the</w:t>
      </w:r>
      <w:r w:rsidRPr="006601A7">
        <w:rPr>
          <w:b/>
          <w:bCs/>
        </w:rPr>
        <w:t xml:space="preserve"> research involve the use of infectious agents? If yes, confirm that the SETU Biological Safety Committee have been notified:</w:t>
      </w:r>
    </w:p>
    <w:p w:rsidRPr="00B6110E" w:rsidR="00B6110E" w:rsidRDefault="00B6110E" w14:paraId="5D02364F" w14:textId="62507568">
      <w:pPr>
        <w:rPr>
          <w:color w:val="7F7F7F" w:themeColor="text1" w:themeTint="80"/>
        </w:rPr>
      </w:pPr>
      <w:r w:rsidRPr="6E577D78">
        <w:rPr>
          <w:color w:val="7F7F7F" w:themeColor="text1" w:themeTint="80"/>
        </w:rPr>
        <w:t>Yes/No. SETU Biological Safety Committee details if yes</w:t>
      </w:r>
    </w:p>
    <w:p w:rsidRPr="006601A7" w:rsidR="00A16026" w:rsidRDefault="00FD67AF" w14:paraId="79884B80" w14:textId="68443357">
      <w:pPr>
        <w:rPr>
          <w:b/>
          <w:bCs/>
        </w:rPr>
      </w:pPr>
      <w:r w:rsidRPr="006601A7">
        <w:rPr>
          <w:b/>
          <w:bCs/>
        </w:rPr>
        <w:t>3.</w:t>
      </w:r>
      <w:r w:rsidRPr="006601A7" w:rsidR="00B6110E">
        <w:rPr>
          <w:b/>
          <w:bCs/>
        </w:rPr>
        <w:t>4</w:t>
      </w:r>
      <w:r w:rsidRPr="006601A7" w:rsidR="7E2E3C21">
        <w:rPr>
          <w:b/>
          <w:bCs/>
        </w:rPr>
        <w:t>.</w:t>
      </w:r>
      <w:r w:rsidRPr="006601A7">
        <w:rPr>
          <w:b/>
          <w:bCs/>
        </w:rPr>
        <w:t xml:space="preserve"> Other external approvals (if any):</w:t>
      </w:r>
    </w:p>
    <w:sdt>
      <w:sdtPr>
        <w:alias w:val="Other Approvals"/>
        <w:tag w:val="other_approvals"/>
        <w:id w:val="1262185865"/>
        <w:text/>
        <w:placeholder>
          <w:docPart w:val="DefaultPlaceholder_1081868574"/>
        </w:placeholder>
      </w:sdtPr>
      <w:sdtEndPr/>
      <w:sdtContent>
        <w:p w:rsidR="00A16026" w:rsidRDefault="00FD67AF" w14:paraId="03468445" w14:textId="77777777">
          <w:r>
            <w:rPr>
              <w:color w:val="888888"/>
            </w:rPr>
            <w:t>Enter details</w:t>
          </w:r>
        </w:p>
      </w:sdtContent>
    </w:sdt>
    <w:p w:rsidR="006601A7" w:rsidP="006601A7" w:rsidRDefault="006601A7" w14:paraId="74605AAE" w14:textId="77777777">
      <w:pPr>
        <w:pStyle w:val="Heading2"/>
      </w:pPr>
    </w:p>
    <w:p w:rsidR="00A16026" w:rsidP="006601A7" w:rsidRDefault="00FD67AF" w14:paraId="02C5969A" w14:textId="2AB4C7C3">
      <w:pPr>
        <w:pStyle w:val="Heading2"/>
      </w:pPr>
      <w:r w:rsidRPr="006601A7">
        <w:t>4. Conflict of Interest</w:t>
      </w:r>
    </w:p>
    <w:p w:rsidRPr="006601A7" w:rsidR="00A16026" w:rsidRDefault="40631026" w14:paraId="44F368D5" w14:textId="080F3DF8">
      <w:pPr>
        <w:rPr>
          <w:b/>
          <w:bCs/>
        </w:rPr>
      </w:pPr>
      <w:r w:rsidRPr="006601A7">
        <w:rPr>
          <w:b/>
          <w:bCs/>
        </w:rPr>
        <w:t xml:space="preserve">4.1. </w:t>
      </w:r>
      <w:r w:rsidRPr="006601A7" w:rsidR="00FD67AF">
        <w:rPr>
          <w:b/>
          <w:bCs/>
        </w:rPr>
        <w:t>Declare any financial or other conflicts for researchers or sponsors</w:t>
      </w:r>
      <w:r w:rsidRPr="006601A7" w:rsidR="34683A47">
        <w:rPr>
          <w:b/>
          <w:bCs/>
        </w:rPr>
        <w:t xml:space="preserve"> e.g., applicant is a member of SETU AREC, research is funded by a commercial company that may benefit from a favourable </w:t>
      </w:r>
      <w:r w:rsidRPr="006601A7" w:rsidR="16B2A801">
        <w:rPr>
          <w:b/>
          <w:bCs/>
        </w:rPr>
        <w:t>outcome,</w:t>
      </w:r>
      <w:r w:rsidRPr="006601A7" w:rsidR="34683A47">
        <w:rPr>
          <w:b/>
          <w:bCs/>
        </w:rPr>
        <w:t xml:space="preserve"> or personal relationships exist between applicant and reviewer</w:t>
      </w:r>
      <w:r w:rsidRPr="006601A7" w:rsidR="00FD67AF">
        <w:rPr>
          <w:b/>
          <w:bCs/>
        </w:rPr>
        <w:t>:</w:t>
      </w:r>
    </w:p>
    <w:sdt>
      <w:sdtPr>
        <w:alias w:val="Conflicts"/>
        <w:tag w:val="conflicts"/>
        <w:id w:val="1740288245"/>
        <w:text/>
        <w:placeholder>
          <w:docPart w:val="DefaultPlaceholder_1081868574"/>
        </w:placeholder>
      </w:sdtPr>
      <w:sdtEndPr/>
      <w:sdtContent>
        <w:p w:rsidR="00A16026" w:rsidRDefault="00FD67AF" w14:paraId="19DD95F5" w14:textId="77777777">
          <w:r>
            <w:rPr>
              <w:color w:val="888888"/>
            </w:rPr>
            <w:t>Enter details or state None</w:t>
          </w:r>
        </w:p>
      </w:sdtContent>
    </w:sdt>
    <w:p w:rsidR="006601A7" w:rsidP="006601A7" w:rsidRDefault="006601A7" w14:paraId="6A790503" w14:textId="77777777">
      <w:pPr>
        <w:pStyle w:val="Heading2"/>
      </w:pPr>
    </w:p>
    <w:p w:rsidR="00A16026" w:rsidP="006601A7" w:rsidRDefault="00FD67AF" w14:paraId="44FF769D" w14:textId="2F83B30F">
      <w:pPr>
        <w:pStyle w:val="Heading2"/>
      </w:pPr>
      <w:r w:rsidRPr="006601A7">
        <w:t xml:space="preserve">5. </w:t>
      </w:r>
      <w:r w:rsidRPr="006601A7" w:rsidR="79BB90BF">
        <w:t>Study</w:t>
      </w:r>
      <w:r w:rsidRPr="006601A7">
        <w:t xml:space="preserve"> Details (Animal</w:t>
      </w:r>
      <w:r w:rsidRPr="006601A7">
        <w:rPr>
          <w:rFonts w:ascii="Cambria Math" w:hAnsi="Cambria Math" w:cs="Cambria Math"/>
        </w:rPr>
        <w:t>‑</w:t>
      </w:r>
      <w:r w:rsidRPr="006601A7">
        <w:t>Specific Requirements)</w:t>
      </w:r>
    </w:p>
    <w:p w:rsidRPr="006601A7" w:rsidR="00A16026" w:rsidRDefault="00FD67AF" w14:paraId="1C65AD58" w14:textId="3AA805B4">
      <w:pPr>
        <w:rPr>
          <w:b/>
          <w:bCs/>
        </w:rPr>
      </w:pPr>
      <w:r w:rsidRPr="006601A7">
        <w:rPr>
          <w:b/>
          <w:bCs/>
        </w:rPr>
        <w:t>5.1</w:t>
      </w:r>
      <w:r w:rsidRPr="006601A7" w:rsidR="5B01B0B9">
        <w:rPr>
          <w:b/>
          <w:bCs/>
        </w:rPr>
        <w:t>.</w:t>
      </w:r>
      <w:r w:rsidRPr="006601A7">
        <w:rPr>
          <w:b/>
          <w:bCs/>
        </w:rPr>
        <w:t xml:space="preserve"> Aims &amp; Objectives:</w:t>
      </w:r>
    </w:p>
    <w:sdt>
      <w:sdtPr>
        <w:alias w:val="Aims"/>
        <w:tag w:val="aims"/>
        <w:id w:val="465788837"/>
        <w:text/>
        <w:placeholder>
          <w:docPart w:val="DefaultPlaceholder_1081868574"/>
        </w:placeholder>
      </w:sdtPr>
      <w:sdtEndPr/>
      <w:sdtContent>
        <w:p w:rsidR="00A16026" w:rsidRDefault="00FD67AF" w14:paraId="6C6071BB" w14:textId="77777777">
          <w:r>
            <w:rPr>
              <w:color w:val="888888"/>
            </w:rPr>
            <w:t>Bullet the specific objectives</w:t>
          </w:r>
        </w:p>
      </w:sdtContent>
    </w:sdt>
    <w:p w:rsidRPr="006601A7" w:rsidR="00A16026" w:rsidRDefault="00FD67AF" w14:paraId="768114F7" w14:textId="0D1280B2">
      <w:pPr>
        <w:rPr>
          <w:b/>
          <w:bCs/>
        </w:rPr>
      </w:pPr>
      <w:r w:rsidRPr="006601A7">
        <w:rPr>
          <w:b/>
          <w:bCs/>
        </w:rPr>
        <w:t>5.2</w:t>
      </w:r>
      <w:r w:rsidRPr="006601A7" w:rsidR="6749386A">
        <w:rPr>
          <w:b/>
          <w:bCs/>
        </w:rPr>
        <w:t>.</w:t>
      </w:r>
      <w:r w:rsidRPr="006601A7">
        <w:rPr>
          <w:b/>
          <w:bCs/>
        </w:rPr>
        <w:t xml:space="preserve"> Background / Rationale (≤400 words):</w:t>
      </w:r>
    </w:p>
    <w:sdt>
      <w:sdtPr>
        <w:alias w:val="Background"/>
        <w:tag w:val="background"/>
        <w:id w:val="-2046662200"/>
        <w:text/>
        <w:placeholder>
          <w:docPart w:val="DefaultPlaceholder_1081868574"/>
        </w:placeholder>
      </w:sdtPr>
      <w:sdtEndPr/>
      <w:sdtContent>
        <w:p w:rsidR="00A16026" w:rsidRDefault="00FD67AF" w14:paraId="08583804" w14:textId="77777777">
          <w:r>
            <w:rPr>
              <w:color w:val="888888"/>
            </w:rPr>
            <w:t>Scientific context relevant to animal use</w:t>
          </w:r>
        </w:p>
      </w:sdtContent>
    </w:sdt>
    <w:p w:rsidRPr="006601A7" w:rsidR="00A16026" w:rsidP="1DE0CD4D" w:rsidRDefault="0A47CE75" w14:paraId="51867BFC" w14:textId="6FF191D5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b w:val="1"/>
          <w:bCs w:val="1"/>
        </w:rPr>
      </w:pPr>
      <w:r w:rsidRPr="1DE0CD4D" w:rsidR="0A47CE75">
        <w:rPr>
          <w:b w:val="1"/>
          <w:bCs w:val="1"/>
        </w:rPr>
        <w:t>5.3</w:t>
      </w:r>
      <w:r w:rsidRPr="1DE0CD4D" w:rsidR="26590A6F">
        <w:rPr>
          <w:b w:val="1"/>
          <w:bCs w:val="1"/>
        </w:rPr>
        <w:t>.</w:t>
      </w:r>
      <w:r w:rsidRPr="1DE0CD4D" w:rsidR="0A47CE75">
        <w:rPr>
          <w:b w:val="1"/>
          <w:bCs w:val="1"/>
        </w:rPr>
        <w:t xml:space="preserve"> Experimental Design Outline / Methodology (use of a diagram is encouraged</w:t>
      </w:r>
      <w:r w:rsidRPr="1DE0CD4D" w:rsidR="006601A7">
        <w:rPr>
          <w:b w:val="1"/>
          <w:bCs w:val="1"/>
        </w:rPr>
        <w:t xml:space="preserve"> – </w:t>
      </w:r>
      <w:r w:rsidRPr="1DE0CD4D" w:rsidR="3C1560F3">
        <w:rPr>
          <w:b w:val="1"/>
          <w:bCs w:val="1"/>
        </w:rPr>
        <w:t xml:space="preserve">please </w:t>
      </w:r>
      <w:r w:rsidRPr="1DE0CD4D" w:rsidR="006601A7">
        <w:rPr>
          <w:b w:val="1"/>
          <w:bCs w:val="1"/>
        </w:rPr>
        <w:t xml:space="preserve">include </w:t>
      </w:r>
      <w:r w:rsidRPr="1DE0CD4D" w:rsidR="1AA4412F">
        <w:rPr>
          <w:b w:val="1"/>
          <w:bCs w:val="1"/>
        </w:rPr>
        <w:t>in your study protocol</w:t>
      </w:r>
      <w:r w:rsidRPr="1DE0CD4D" w:rsidR="0A47CE75">
        <w:rPr>
          <w:b w:val="1"/>
          <w:bCs w:val="1"/>
        </w:rPr>
        <w:t>):</w:t>
      </w:r>
    </w:p>
    <w:sdt>
      <w:sdtPr>
        <w:alias w:val="Design"/>
        <w:tag w:val="design"/>
        <w:id w:val="-2113583057"/>
        <w:text/>
        <w:placeholder>
          <w:docPart w:val="DefaultPlaceholder_1081868574"/>
        </w:placeholder>
      </w:sdtPr>
      <w:sdtEndPr/>
      <w:sdtContent>
        <w:p w:rsidR="00A16026" w:rsidRDefault="61EC8B8F" w14:paraId="4361D923" w14:textId="449856CF">
          <w:r w:rsidRPr="006601A7">
            <w:rPr>
              <w:color w:val="888888"/>
            </w:rPr>
            <w:t>Design, blocking/stratification, data collection</w:t>
          </w:r>
        </w:p>
      </w:sdtContent>
    </w:sdt>
    <w:p w:rsidRPr="006601A7" w:rsidR="11E0FC42" w:rsidRDefault="11E0FC42" w14:paraId="13081EEA" w14:textId="111601F6">
      <w:r w:rsidR="11E0FC42">
        <w:rPr/>
        <w:t>NB</w:t>
      </w:r>
      <w:r w:rsidR="7FFAFD77">
        <w:rPr/>
        <w:t>: Applicants should include the full study protocol as an appendix.</w:t>
      </w:r>
    </w:p>
    <w:p w:rsidRPr="006601A7" w:rsidR="00A16026" w:rsidRDefault="00FD67AF" w14:paraId="07C42903" w14:textId="38664F2E">
      <w:pPr>
        <w:rPr>
          <w:b w:val="1"/>
          <w:bCs w:val="1"/>
        </w:rPr>
      </w:pPr>
      <w:r w:rsidRPr="4654C42B" w:rsidR="00FD67AF">
        <w:rPr>
          <w:b w:val="1"/>
          <w:bCs w:val="1"/>
        </w:rPr>
        <w:t>5.4</w:t>
      </w:r>
      <w:r w:rsidRPr="4654C42B" w:rsidR="537078BD">
        <w:rPr>
          <w:b w:val="1"/>
          <w:bCs w:val="1"/>
        </w:rPr>
        <w:t>.</w:t>
      </w:r>
      <w:r w:rsidRPr="4654C42B" w:rsidR="00FD67AF">
        <w:rPr>
          <w:b w:val="1"/>
          <w:bCs w:val="1"/>
        </w:rPr>
        <w:t xml:space="preserve"> </w:t>
      </w:r>
      <w:r w:rsidRPr="4654C42B" w:rsidR="005D14D0">
        <w:rPr>
          <w:b w:val="1"/>
          <w:bCs w:val="1"/>
        </w:rPr>
        <w:t xml:space="preserve">Live </w:t>
      </w:r>
      <w:r w:rsidRPr="4654C42B" w:rsidR="00FD67AF">
        <w:rPr>
          <w:b w:val="1"/>
          <w:bCs w:val="1"/>
        </w:rPr>
        <w:t>Animal</w:t>
      </w:r>
      <w:r w:rsidRPr="4654C42B" w:rsidR="005D14D0">
        <w:rPr>
          <w:b w:val="1"/>
          <w:bCs w:val="1"/>
        </w:rPr>
        <w:t xml:space="preserve">s to be </w:t>
      </w:r>
      <w:r w:rsidRPr="4654C42B" w:rsidR="00A43069">
        <w:rPr>
          <w:b w:val="1"/>
          <w:bCs w:val="1"/>
        </w:rPr>
        <w:t>u</w:t>
      </w:r>
      <w:r w:rsidRPr="4654C42B" w:rsidR="005D14D0">
        <w:rPr>
          <w:b w:val="1"/>
          <w:bCs w:val="1"/>
        </w:rPr>
        <w:t>sed</w:t>
      </w:r>
      <w:r w:rsidRPr="4654C42B" w:rsidR="00FD67AF">
        <w:rPr>
          <w:b w:val="1"/>
          <w:bCs w:val="1"/>
        </w:rPr>
        <w:t xml:space="preserve"> (species/strain, age/weight, sex, source; </w:t>
      </w:r>
      <w:r w:rsidRPr="4654C42B" w:rsidR="005D14D0">
        <w:rPr>
          <w:b w:val="1"/>
          <w:bCs w:val="1"/>
        </w:rPr>
        <w:t>and total numbers</w:t>
      </w:r>
      <w:r w:rsidRPr="4654C42B" w:rsidR="00FD67AF">
        <w:rPr>
          <w:b w:val="1"/>
          <w:bCs w:val="1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6"/>
        <w:gridCol w:w="1726"/>
        <w:gridCol w:w="1726"/>
        <w:gridCol w:w="1726"/>
        <w:gridCol w:w="1726"/>
      </w:tblGrid>
      <w:tr w:rsidR="006601A7" w:rsidTr="006601A7" w14:paraId="58D95FB1" w14:textId="77777777">
        <w:tc>
          <w:tcPr>
            <w:tcW w:w="1726" w:type="dxa"/>
          </w:tcPr>
          <w:p w:rsidRPr="006601A7" w:rsidR="006601A7" w:rsidP="0A47CE75" w:rsidRDefault="006601A7" w14:paraId="78684865" w14:textId="3251517A">
            <w:pPr>
              <w:rPr>
                <w:b/>
                <w:color w:val="0062AF"/>
              </w:rPr>
            </w:pPr>
            <w:r w:rsidRPr="006601A7">
              <w:rPr>
                <w:b/>
                <w:color w:val="0062AF"/>
              </w:rPr>
              <w:t>Species/Strain</w:t>
            </w:r>
          </w:p>
        </w:tc>
        <w:tc>
          <w:tcPr>
            <w:tcW w:w="1726" w:type="dxa"/>
          </w:tcPr>
          <w:p w:rsidRPr="006601A7" w:rsidR="006601A7" w:rsidP="0A47CE75" w:rsidRDefault="006601A7" w14:paraId="53AE4AD1" w14:textId="589DDA0E">
            <w:pPr>
              <w:rPr>
                <w:b/>
                <w:color w:val="0062AF"/>
              </w:rPr>
            </w:pPr>
            <w:r w:rsidRPr="006601A7">
              <w:rPr>
                <w:b/>
                <w:color w:val="0062AF"/>
              </w:rPr>
              <w:t>Age/Weight</w:t>
            </w:r>
          </w:p>
        </w:tc>
        <w:tc>
          <w:tcPr>
            <w:tcW w:w="1726" w:type="dxa"/>
          </w:tcPr>
          <w:p w:rsidRPr="006601A7" w:rsidR="006601A7" w:rsidP="0A47CE75" w:rsidRDefault="006601A7" w14:paraId="60792524" w14:textId="375ABD00">
            <w:pPr>
              <w:rPr>
                <w:b/>
                <w:color w:val="0062AF"/>
              </w:rPr>
            </w:pPr>
            <w:r w:rsidRPr="006601A7">
              <w:rPr>
                <w:b/>
                <w:color w:val="0062AF"/>
              </w:rPr>
              <w:t>Sex</w:t>
            </w:r>
          </w:p>
        </w:tc>
        <w:tc>
          <w:tcPr>
            <w:tcW w:w="1726" w:type="dxa"/>
          </w:tcPr>
          <w:p w:rsidRPr="006601A7" w:rsidR="006601A7" w:rsidP="0A47CE75" w:rsidRDefault="006601A7" w14:paraId="2292C187" w14:textId="76AB4BF7">
            <w:pPr>
              <w:rPr>
                <w:b/>
                <w:color w:val="0062AF"/>
              </w:rPr>
            </w:pPr>
            <w:r w:rsidRPr="006601A7">
              <w:rPr>
                <w:b/>
                <w:color w:val="0062AF"/>
              </w:rPr>
              <w:t>Source</w:t>
            </w:r>
          </w:p>
        </w:tc>
        <w:tc>
          <w:tcPr>
            <w:tcW w:w="1726" w:type="dxa"/>
          </w:tcPr>
          <w:p w:rsidRPr="006601A7" w:rsidR="006601A7" w:rsidP="0A47CE75" w:rsidRDefault="006601A7" w14:paraId="73171DA6" w14:textId="0EFBF728">
            <w:pPr>
              <w:rPr>
                <w:b/>
                <w:color w:val="0062AF"/>
              </w:rPr>
            </w:pPr>
            <w:r w:rsidRPr="006601A7">
              <w:rPr>
                <w:b/>
                <w:color w:val="0062AF"/>
              </w:rPr>
              <w:t>Total Numbers</w:t>
            </w:r>
          </w:p>
        </w:tc>
      </w:tr>
      <w:tr w:rsidR="006601A7" w:rsidTr="006601A7" w14:paraId="59FA0B99" w14:textId="77777777">
        <w:tc>
          <w:tcPr>
            <w:tcW w:w="1726" w:type="dxa"/>
          </w:tcPr>
          <w:p w:rsidR="006601A7" w:rsidP="0A47CE75" w:rsidRDefault="006601A7" w14:paraId="2638E2D8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6F632E44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4AF2D094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60388A91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7428BD7B" w14:textId="77777777">
            <w:pPr>
              <w:rPr>
                <w:color w:val="888888"/>
                <w:highlight w:val="yellow"/>
              </w:rPr>
            </w:pPr>
          </w:p>
        </w:tc>
      </w:tr>
      <w:tr w:rsidR="006601A7" w:rsidTr="006601A7" w14:paraId="64B1F6FD" w14:textId="77777777">
        <w:tc>
          <w:tcPr>
            <w:tcW w:w="1726" w:type="dxa"/>
          </w:tcPr>
          <w:p w:rsidR="006601A7" w:rsidP="0A47CE75" w:rsidRDefault="006601A7" w14:paraId="689BC66B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3B17EEE8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203513AC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2F407BB6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57D6C0DE" w14:textId="77777777">
            <w:pPr>
              <w:rPr>
                <w:color w:val="888888"/>
                <w:highlight w:val="yellow"/>
              </w:rPr>
            </w:pPr>
          </w:p>
        </w:tc>
      </w:tr>
      <w:tr w:rsidR="006601A7" w:rsidTr="006601A7" w14:paraId="3410F349" w14:textId="77777777">
        <w:tc>
          <w:tcPr>
            <w:tcW w:w="1726" w:type="dxa"/>
          </w:tcPr>
          <w:p w:rsidR="006601A7" w:rsidP="0A47CE75" w:rsidRDefault="006601A7" w14:paraId="731204CC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154F0797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13E2DA8A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00E699D5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29A82E9D" w14:textId="77777777">
            <w:pPr>
              <w:rPr>
                <w:color w:val="888888"/>
                <w:highlight w:val="yellow"/>
              </w:rPr>
            </w:pPr>
          </w:p>
        </w:tc>
      </w:tr>
      <w:tr w:rsidR="006601A7" w:rsidTr="006601A7" w14:paraId="63352110" w14:textId="77777777">
        <w:tc>
          <w:tcPr>
            <w:tcW w:w="1726" w:type="dxa"/>
          </w:tcPr>
          <w:p w:rsidR="006601A7" w:rsidP="0A47CE75" w:rsidRDefault="006601A7" w14:paraId="73DC3D41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6326DEF2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6543DF53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77DB6531" w14:textId="77777777">
            <w:pPr>
              <w:rPr>
                <w:color w:val="888888"/>
                <w:highlight w:val="yellow"/>
              </w:rPr>
            </w:pPr>
          </w:p>
        </w:tc>
        <w:tc>
          <w:tcPr>
            <w:tcW w:w="1726" w:type="dxa"/>
          </w:tcPr>
          <w:p w:rsidR="006601A7" w:rsidP="0A47CE75" w:rsidRDefault="006601A7" w14:paraId="36C5F42D" w14:textId="77777777">
            <w:pPr>
              <w:rPr>
                <w:color w:val="888888"/>
                <w:highlight w:val="yellow"/>
              </w:rPr>
            </w:pPr>
          </w:p>
        </w:tc>
      </w:tr>
    </w:tbl>
    <w:p w:rsidR="00A16026" w:rsidP="0A47CE75" w:rsidRDefault="00A16026" w14:paraId="5DB8F988" w14:textId="037855D1">
      <w:pPr>
        <w:rPr>
          <w:color w:val="888888"/>
          <w:highlight w:val="yellow"/>
        </w:rPr>
      </w:pPr>
    </w:p>
    <w:p w:rsidRPr="006601A7" w:rsidR="18F1825E" w:rsidRDefault="18F1825E" w14:paraId="45554F21" w14:textId="47E0F7CB">
      <w:r w:rsidRPr="006601A7">
        <w:t>NB Applicants should maintain confidentiality for privately owned animals.</w:t>
      </w:r>
    </w:p>
    <w:p w:rsidRPr="006601A7" w:rsidR="00A16026" w:rsidRDefault="00FD67AF" w14:paraId="2CB5D0EE" w14:textId="63AD2469">
      <w:pPr>
        <w:rPr>
          <w:b w:val="1"/>
          <w:bCs w:val="1"/>
        </w:rPr>
      </w:pPr>
      <w:r w:rsidRPr="1DE0CD4D" w:rsidR="00FD67AF">
        <w:rPr>
          <w:b w:val="1"/>
          <w:bCs w:val="1"/>
        </w:rPr>
        <w:t>5.5</w:t>
      </w:r>
      <w:r w:rsidRPr="1DE0CD4D" w:rsidR="3590C416">
        <w:rPr>
          <w:b w:val="1"/>
          <w:bCs w:val="1"/>
        </w:rPr>
        <w:t>.</w:t>
      </w:r>
      <w:r w:rsidRPr="1DE0CD4D" w:rsidR="00FD67AF">
        <w:rPr>
          <w:b w:val="1"/>
          <w:bCs w:val="1"/>
        </w:rPr>
        <w:t xml:space="preserve"> Sample Size Calculation</w:t>
      </w:r>
      <w:r w:rsidRPr="1DE0CD4D" w:rsidR="1768F414">
        <w:rPr>
          <w:b w:val="1"/>
          <w:bCs w:val="1"/>
        </w:rPr>
        <w:t xml:space="preserve">. Please outline </w:t>
      </w:r>
      <w:r w:rsidRPr="1DE0CD4D" w:rsidR="00FD67AF">
        <w:rPr>
          <w:b w:val="1"/>
          <w:bCs w:val="1"/>
        </w:rPr>
        <w:t xml:space="preserve">variables, SD/CV, effect size, power, α </w:t>
      </w:r>
      <w:r w:rsidRPr="1DE0CD4D" w:rsidR="7DDE9030">
        <w:rPr>
          <w:b w:val="1"/>
          <w:bCs w:val="1"/>
        </w:rPr>
        <w:t>(</w:t>
      </w:r>
      <w:r w:rsidRPr="1DE0CD4D" w:rsidR="00FD67AF">
        <w:rPr>
          <w:b w:val="1"/>
          <w:bCs w:val="1"/>
        </w:rPr>
        <w:t>show calculation</w:t>
      </w:r>
      <w:r w:rsidRPr="1DE0CD4D" w:rsidR="4DC863CA">
        <w:rPr>
          <w:b w:val="1"/>
          <w:bCs w:val="1"/>
        </w:rPr>
        <w:t>s</w:t>
      </w:r>
      <w:r w:rsidRPr="1DE0CD4D" w:rsidR="00FD67AF">
        <w:rPr>
          <w:b w:val="1"/>
          <w:bCs w:val="1"/>
        </w:rPr>
        <w:t xml:space="preserve"> </w:t>
      </w:r>
      <w:r w:rsidRPr="1DE0CD4D" w:rsidR="00800A78">
        <w:rPr>
          <w:b w:val="1"/>
          <w:bCs w:val="1"/>
        </w:rPr>
        <w:t xml:space="preserve">and </w:t>
      </w:r>
      <w:r w:rsidRPr="1DE0CD4D" w:rsidR="00FD67AF">
        <w:rPr>
          <w:b w:val="1"/>
          <w:bCs w:val="1"/>
        </w:rPr>
        <w:t>software</w:t>
      </w:r>
      <w:r w:rsidRPr="1DE0CD4D" w:rsidR="00800A78">
        <w:rPr>
          <w:b w:val="1"/>
          <w:bCs w:val="1"/>
        </w:rPr>
        <w:t xml:space="preserve"> used</w:t>
      </w:r>
      <w:r w:rsidRPr="1DE0CD4D" w:rsidR="2E0DBB22">
        <w:rPr>
          <w:b w:val="1"/>
          <w:bCs w:val="1"/>
        </w:rPr>
        <w:t>)</w:t>
      </w:r>
      <w:r w:rsidRPr="1DE0CD4D" w:rsidR="00FD67AF">
        <w:rPr>
          <w:b w:val="1"/>
          <w:bCs w:val="1"/>
        </w:rPr>
        <w:t>:</w:t>
      </w:r>
    </w:p>
    <w:sdt>
      <w:sdtPr>
        <w:alias w:val="Sample Size"/>
        <w:tag w:val="sample_size"/>
        <w:id w:val="-466051446"/>
        <w:text/>
        <w:placeholder>
          <w:docPart w:val="DefaultPlaceholder_1081868574"/>
        </w:placeholder>
      </w:sdtPr>
      <w:sdtEndPr/>
      <w:sdtContent>
        <w:p w:rsidR="00A16026" w:rsidRDefault="00FD67AF" w14:paraId="7BE010CF" w14:textId="77777777">
          <w:r>
            <w:rPr>
              <w:color w:val="888888"/>
            </w:rPr>
            <w:t>Enter sample size rationale</w:t>
          </w:r>
        </w:p>
      </w:sdtContent>
    </w:sdt>
    <w:p w:rsidRPr="006601A7" w:rsidR="00A16026" w:rsidRDefault="00FD67AF" w14:paraId="07C9D9EE" w14:textId="33CA5E99">
      <w:pPr>
        <w:rPr>
          <w:b w:val="1"/>
          <w:bCs w:val="1"/>
        </w:rPr>
      </w:pPr>
      <w:r w:rsidRPr="52662BC6" w:rsidR="00FD67AF">
        <w:rPr>
          <w:b w:val="1"/>
          <w:bCs w:val="1"/>
        </w:rPr>
        <w:t>5.6</w:t>
      </w:r>
      <w:r w:rsidRPr="52662BC6" w:rsidR="710E7B28">
        <w:rPr>
          <w:b w:val="1"/>
          <w:bCs w:val="1"/>
        </w:rPr>
        <w:t>.</w:t>
      </w:r>
      <w:r w:rsidRPr="52662BC6" w:rsidR="00FD67AF">
        <w:rPr>
          <w:b w:val="1"/>
          <w:bCs w:val="1"/>
        </w:rPr>
        <w:t xml:space="preserve"> Housing &amp; Husbandry (</w:t>
      </w:r>
      <w:r w:rsidRPr="52662BC6" w:rsidR="2BF9A3D9">
        <w:rPr>
          <w:b w:val="1"/>
          <w:bCs w:val="1"/>
        </w:rPr>
        <w:t xml:space="preserve">State if in compliance with </w:t>
      </w:r>
      <w:r w:rsidRPr="52662BC6" w:rsidR="00FD67AF">
        <w:rPr>
          <w:b w:val="1"/>
          <w:bCs w:val="1"/>
        </w:rPr>
        <w:t xml:space="preserve">Annex III of Directive 2010/63/EU; </w:t>
      </w:r>
      <w:r w:rsidRPr="52662BC6" w:rsidR="1A8D8FA1">
        <w:rPr>
          <w:b w:val="1"/>
          <w:bCs w:val="1"/>
        </w:rPr>
        <w:t xml:space="preserve">if not, </w:t>
      </w:r>
      <w:r w:rsidRPr="52662BC6" w:rsidR="00FD67AF">
        <w:rPr>
          <w:b w:val="1"/>
          <w:bCs w:val="1"/>
        </w:rPr>
        <w:t>justify any deviation):</w:t>
      </w:r>
    </w:p>
    <w:sdt>
      <w:sdtPr>
        <w:alias w:val="Housing"/>
        <w:tag w:val="housing"/>
        <w:id w:val="2072383244"/>
        <w:text/>
        <w:placeholder>
          <w:docPart w:val="DefaultPlaceholder_1081868574"/>
        </w:placeholder>
      </w:sdtPr>
      <w:sdtEndPr/>
      <w:sdtContent>
        <w:p w:rsidR="00A16026" w:rsidRDefault="00FD67AF" w14:paraId="0532B5FB" w14:textId="77777777">
          <w:r>
            <w:rPr>
              <w:color w:val="888888"/>
            </w:rPr>
            <w:t>State compliance/justification; describe farm conditions if applicable</w:t>
          </w:r>
        </w:p>
      </w:sdtContent>
    </w:sdt>
    <w:p w:rsidRPr="006601A7" w:rsidR="00A16026" w:rsidRDefault="00FD67AF" w14:paraId="4175FD07" w14:textId="0B86AF83">
      <w:pPr>
        <w:rPr>
          <w:b/>
          <w:bCs/>
        </w:rPr>
      </w:pPr>
      <w:r w:rsidRPr="006601A7">
        <w:rPr>
          <w:b/>
          <w:bCs/>
        </w:rPr>
        <w:t>5.7</w:t>
      </w:r>
      <w:r w:rsidRPr="006601A7" w:rsidR="78C7DF50">
        <w:rPr>
          <w:b/>
          <w:bCs/>
        </w:rPr>
        <w:t>.</w:t>
      </w:r>
      <w:r w:rsidRPr="006601A7">
        <w:rPr>
          <w:b/>
          <w:bCs/>
        </w:rPr>
        <w:t xml:space="preserve"> Experimental Treatments and Procedures: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6"/>
        <w:gridCol w:w="1725"/>
        <w:gridCol w:w="1727"/>
        <w:gridCol w:w="1725"/>
        <w:gridCol w:w="1727"/>
      </w:tblGrid>
      <w:tr w:rsidR="00A16026" w:rsidTr="006601A7" w14:paraId="42B9EEAC" w14:textId="77777777">
        <w:tc>
          <w:tcPr>
            <w:tcW w:w="1728" w:type="dxa"/>
          </w:tcPr>
          <w:p w:rsidR="00A16026" w:rsidRDefault="00FD67AF" w14:paraId="66617B5B" w14:textId="77777777">
            <w:r>
              <w:rPr>
                <w:b/>
                <w:color w:val="0062AF"/>
              </w:rPr>
              <w:t>Treatment</w:t>
            </w:r>
          </w:p>
        </w:tc>
        <w:tc>
          <w:tcPr>
            <w:tcW w:w="1728" w:type="dxa"/>
          </w:tcPr>
          <w:p w:rsidR="00A16026" w:rsidRDefault="00FD67AF" w14:paraId="775E6B3F" w14:textId="77777777">
            <w:r>
              <w:rPr>
                <w:b/>
                <w:color w:val="0062AF"/>
              </w:rPr>
              <w:t>No. of animals</w:t>
            </w:r>
          </w:p>
        </w:tc>
        <w:tc>
          <w:tcPr>
            <w:tcW w:w="1728" w:type="dxa"/>
          </w:tcPr>
          <w:p w:rsidR="00A16026" w:rsidRDefault="00FD67AF" w14:paraId="4247BF98" w14:textId="77777777">
            <w:r>
              <w:rPr>
                <w:b/>
                <w:color w:val="0062AF"/>
              </w:rPr>
              <w:t>Procedures, frequency and duration</w:t>
            </w:r>
          </w:p>
        </w:tc>
        <w:tc>
          <w:tcPr>
            <w:tcW w:w="1728" w:type="dxa"/>
          </w:tcPr>
          <w:p w:rsidR="00A16026" w:rsidP="6E577D78" w:rsidRDefault="00FD67AF" w14:paraId="0480C95B" w14:textId="1436D216">
            <w:pPr>
              <w:rPr>
                <w:b/>
                <w:bCs/>
                <w:color w:val="0062AF"/>
              </w:rPr>
            </w:pPr>
            <w:r w:rsidRPr="6E577D78">
              <w:rPr>
                <w:b/>
                <w:bCs/>
                <w:color w:val="0062AF"/>
              </w:rPr>
              <w:t>Severity band</w:t>
            </w:r>
            <w:r w:rsidRPr="6E577D78" w:rsidR="005D14D0">
              <w:rPr>
                <w:b/>
                <w:bCs/>
                <w:color w:val="0062AF"/>
              </w:rPr>
              <w:t>*</w:t>
            </w:r>
          </w:p>
        </w:tc>
        <w:tc>
          <w:tcPr>
            <w:tcW w:w="1728" w:type="dxa"/>
          </w:tcPr>
          <w:p w:rsidR="00A16026" w:rsidRDefault="00FD67AF" w14:paraId="610F980B" w14:textId="77777777">
            <w:r>
              <w:rPr>
                <w:b/>
                <w:color w:val="0062AF"/>
              </w:rPr>
              <w:t>Total time on experiment</w:t>
            </w:r>
          </w:p>
        </w:tc>
      </w:tr>
      <w:tr w:rsidR="00A16026" w:rsidTr="006601A7" w14:paraId="0A37501D" w14:textId="77777777">
        <w:tc>
          <w:tcPr>
            <w:tcW w:w="1728" w:type="dxa"/>
          </w:tcPr>
          <w:p w:rsidR="00A16026" w:rsidRDefault="00A16026" w14:paraId="5DAB6C7B" w14:textId="77777777"/>
        </w:tc>
        <w:tc>
          <w:tcPr>
            <w:tcW w:w="1728" w:type="dxa"/>
          </w:tcPr>
          <w:p w:rsidR="00A16026" w:rsidRDefault="00A16026" w14:paraId="02EB378F" w14:textId="77777777"/>
        </w:tc>
        <w:tc>
          <w:tcPr>
            <w:tcW w:w="1728" w:type="dxa"/>
          </w:tcPr>
          <w:p w:rsidR="00A16026" w:rsidRDefault="00A16026" w14:paraId="6A05A809" w14:textId="77777777"/>
        </w:tc>
        <w:tc>
          <w:tcPr>
            <w:tcW w:w="1728" w:type="dxa"/>
          </w:tcPr>
          <w:p w:rsidR="00A16026" w:rsidRDefault="00A16026" w14:paraId="5A39BBE3" w14:textId="77777777"/>
        </w:tc>
        <w:tc>
          <w:tcPr>
            <w:tcW w:w="1728" w:type="dxa"/>
          </w:tcPr>
          <w:p w:rsidR="00A16026" w:rsidRDefault="00A16026" w14:paraId="41C8F396" w14:textId="77777777"/>
        </w:tc>
      </w:tr>
      <w:tr w:rsidR="00A16026" w:rsidTr="006601A7" w14:paraId="72A3D3EC" w14:textId="77777777">
        <w:tc>
          <w:tcPr>
            <w:tcW w:w="1728" w:type="dxa"/>
          </w:tcPr>
          <w:p w:rsidR="00A16026" w:rsidRDefault="00A16026" w14:paraId="0D0B940D" w14:textId="77777777"/>
        </w:tc>
        <w:tc>
          <w:tcPr>
            <w:tcW w:w="1728" w:type="dxa"/>
          </w:tcPr>
          <w:p w:rsidR="00A16026" w:rsidRDefault="00A16026" w14:paraId="0E27B00A" w14:textId="77777777"/>
        </w:tc>
        <w:tc>
          <w:tcPr>
            <w:tcW w:w="1728" w:type="dxa"/>
          </w:tcPr>
          <w:p w:rsidR="00A16026" w:rsidRDefault="00A16026" w14:paraId="60061E4C" w14:textId="77777777"/>
        </w:tc>
        <w:tc>
          <w:tcPr>
            <w:tcW w:w="1728" w:type="dxa"/>
          </w:tcPr>
          <w:p w:rsidR="00A16026" w:rsidRDefault="00A16026" w14:paraId="44EAFD9C" w14:textId="77777777"/>
        </w:tc>
        <w:tc>
          <w:tcPr>
            <w:tcW w:w="1728" w:type="dxa"/>
          </w:tcPr>
          <w:p w:rsidR="00A16026" w:rsidRDefault="00A16026" w14:paraId="4B94D5A5" w14:textId="77777777"/>
        </w:tc>
      </w:tr>
      <w:tr w:rsidR="00A16026" w:rsidTr="006601A7" w14:paraId="3DEEC669" w14:textId="77777777">
        <w:tc>
          <w:tcPr>
            <w:tcW w:w="1728" w:type="dxa"/>
          </w:tcPr>
          <w:p w:rsidR="00A16026" w:rsidRDefault="00A16026" w14:paraId="3656B9AB" w14:textId="77777777"/>
        </w:tc>
        <w:tc>
          <w:tcPr>
            <w:tcW w:w="1728" w:type="dxa"/>
          </w:tcPr>
          <w:p w:rsidR="00A16026" w:rsidRDefault="00A16026" w14:paraId="45FB0818" w14:textId="77777777"/>
        </w:tc>
        <w:tc>
          <w:tcPr>
            <w:tcW w:w="1728" w:type="dxa"/>
          </w:tcPr>
          <w:p w:rsidR="00A16026" w:rsidRDefault="00A16026" w14:paraId="049F31CB" w14:textId="77777777"/>
        </w:tc>
        <w:tc>
          <w:tcPr>
            <w:tcW w:w="1728" w:type="dxa"/>
          </w:tcPr>
          <w:p w:rsidR="00A16026" w:rsidRDefault="00A16026" w14:paraId="53128261" w14:textId="77777777"/>
        </w:tc>
        <w:tc>
          <w:tcPr>
            <w:tcW w:w="1728" w:type="dxa"/>
          </w:tcPr>
          <w:p w:rsidR="00A16026" w:rsidRDefault="00A16026" w14:paraId="62486C05" w14:textId="77777777"/>
        </w:tc>
      </w:tr>
      <w:tr w:rsidR="00A16026" w:rsidTr="006601A7" w14:paraId="4101652C" w14:textId="77777777">
        <w:tc>
          <w:tcPr>
            <w:tcW w:w="1728" w:type="dxa"/>
          </w:tcPr>
          <w:p w:rsidR="00A16026" w:rsidRDefault="00A16026" w14:paraId="4B99056E" w14:textId="77777777"/>
        </w:tc>
        <w:tc>
          <w:tcPr>
            <w:tcW w:w="1728" w:type="dxa"/>
          </w:tcPr>
          <w:p w:rsidR="00A16026" w:rsidRDefault="00A16026" w14:paraId="1299C43A" w14:textId="77777777"/>
        </w:tc>
        <w:tc>
          <w:tcPr>
            <w:tcW w:w="1728" w:type="dxa"/>
          </w:tcPr>
          <w:p w:rsidR="00A16026" w:rsidRDefault="00A16026" w14:paraId="4DDBEF00" w14:textId="77777777"/>
        </w:tc>
        <w:tc>
          <w:tcPr>
            <w:tcW w:w="1728" w:type="dxa"/>
          </w:tcPr>
          <w:p w:rsidR="00A16026" w:rsidRDefault="00A16026" w14:paraId="3461D779" w14:textId="77777777"/>
        </w:tc>
        <w:tc>
          <w:tcPr>
            <w:tcW w:w="1728" w:type="dxa"/>
          </w:tcPr>
          <w:p w:rsidR="00A16026" w:rsidRDefault="00A16026" w14:paraId="3CF2D8B6" w14:textId="77777777"/>
        </w:tc>
      </w:tr>
    </w:tbl>
    <w:p w:rsidR="000F372A" w:rsidRDefault="000F372A" w14:paraId="63FBB93C" w14:textId="61F9F247">
      <w:r>
        <w:t xml:space="preserve">*Indicate a severity banding of (i) none, (ii) mild, (iii) moderate, (iv) severe </w:t>
      </w:r>
      <w:r w:rsidR="00074D5B">
        <w:t>, (v) non-recovery</w:t>
      </w:r>
      <w:r>
        <w:t xml:space="preserve">.  The </w:t>
      </w:r>
      <w:bookmarkStart w:name="_Int_ZbpyibgW" w:id="3"/>
      <w:r>
        <w:t>severity</w:t>
      </w:r>
      <w:bookmarkEnd w:id="3"/>
      <w:r>
        <w:t xml:space="preserve"> banding should reflect any pain, </w:t>
      </w:r>
      <w:r w:rsidR="2D0A0CFF">
        <w:t>suffering,</w:t>
      </w:r>
      <w:r>
        <w:t xml:space="preserve"> or distress at the time of performing the procedure and all consequential pain and suffering or distress related to the experimental treatment/procedure.  Please take the frequency and duration of the procedure into account</w:t>
      </w:r>
    </w:p>
    <w:p w:rsidRPr="006601A7" w:rsidR="00A16026" w:rsidRDefault="00FD67AF" w14:paraId="6F91175C" w14:textId="41E36096">
      <w:pPr>
        <w:rPr>
          <w:b/>
          <w:bCs/>
        </w:rPr>
      </w:pPr>
      <w:r w:rsidRPr="006601A7">
        <w:rPr>
          <w:b/>
          <w:bCs/>
        </w:rPr>
        <w:t>5.8</w:t>
      </w:r>
      <w:r w:rsidRPr="006601A7" w:rsidR="64A70D2C">
        <w:rPr>
          <w:b/>
          <w:bCs/>
        </w:rPr>
        <w:t>.</w:t>
      </w:r>
      <w:r w:rsidRPr="006601A7">
        <w:rPr>
          <w:b/>
          <w:bCs/>
        </w:rPr>
        <w:t xml:space="preserve"> Detailed Description of Procedures</w:t>
      </w:r>
      <w:r w:rsidRPr="006601A7" w:rsidR="000F372A">
        <w:rPr>
          <w:b/>
          <w:bCs/>
        </w:rPr>
        <w:t xml:space="preserve"> </w:t>
      </w:r>
      <w:r w:rsidRPr="006601A7" w:rsidR="3724EC32">
        <w:rPr>
          <w:b/>
          <w:bCs/>
        </w:rPr>
        <w:t>l</w:t>
      </w:r>
      <w:r w:rsidRPr="006601A7" w:rsidR="000F372A">
        <w:rPr>
          <w:b/>
          <w:bCs/>
        </w:rPr>
        <w:t>isted in 5.7</w:t>
      </w:r>
      <w:r w:rsidRPr="006601A7">
        <w:rPr>
          <w:b/>
          <w:bCs/>
        </w:rPr>
        <w:t xml:space="preserve"> </w:t>
      </w:r>
      <w:r w:rsidRPr="006601A7" w:rsidR="00104ABA">
        <w:rPr>
          <w:b/>
          <w:bCs/>
        </w:rPr>
        <w:t xml:space="preserve">under the following headings: </w:t>
      </w:r>
      <w:r w:rsidRPr="006601A7">
        <w:rPr>
          <w:b/>
          <w:bCs/>
        </w:rPr>
        <w:t>anaesthesia/analgesia</w:t>
      </w:r>
      <w:r w:rsidRPr="006601A7" w:rsidR="00104ABA">
        <w:rPr>
          <w:b/>
          <w:bCs/>
        </w:rPr>
        <w:t xml:space="preserve"> regimes</w:t>
      </w:r>
      <w:r w:rsidRPr="006601A7" w:rsidR="000F372A">
        <w:rPr>
          <w:b/>
          <w:bCs/>
        </w:rPr>
        <w:t xml:space="preserve"> </w:t>
      </w:r>
      <w:r w:rsidRPr="006601A7" w:rsidR="00104ABA">
        <w:rPr>
          <w:b/>
          <w:bCs/>
        </w:rPr>
        <w:t xml:space="preserve">being used </w:t>
      </w:r>
      <w:r w:rsidRPr="006601A7" w:rsidR="000F372A">
        <w:rPr>
          <w:b/>
          <w:bCs/>
        </w:rPr>
        <w:t>(if any)</w:t>
      </w:r>
      <w:r w:rsidRPr="006601A7">
        <w:rPr>
          <w:b/>
          <w:bCs/>
        </w:rPr>
        <w:t xml:space="preserve">, </w:t>
      </w:r>
      <w:r w:rsidRPr="006601A7" w:rsidR="000F372A">
        <w:rPr>
          <w:b/>
          <w:bCs/>
        </w:rPr>
        <w:t>procedure previously used and/or validated, training required (if any)</w:t>
      </w:r>
      <w:r w:rsidRPr="006601A7" w:rsidR="00104ABA">
        <w:rPr>
          <w:b/>
          <w:bCs/>
        </w:rPr>
        <w:t xml:space="preserve">. Please include a </w:t>
      </w:r>
      <w:r w:rsidRPr="006601A7" w:rsidR="000F372A">
        <w:rPr>
          <w:b/>
          <w:bCs/>
        </w:rPr>
        <w:t xml:space="preserve">diagram of </w:t>
      </w:r>
      <w:r w:rsidRPr="006601A7" w:rsidR="00104ABA">
        <w:rPr>
          <w:b/>
          <w:bCs/>
        </w:rPr>
        <w:t xml:space="preserve">the </w:t>
      </w:r>
      <w:r w:rsidRPr="006601A7">
        <w:rPr>
          <w:b/>
          <w:bCs/>
        </w:rPr>
        <w:t>timeline</w:t>
      </w:r>
      <w:r w:rsidRPr="006601A7" w:rsidR="00104ABA">
        <w:rPr>
          <w:b/>
          <w:bCs/>
        </w:rPr>
        <w:t xml:space="preserve"> of </w:t>
      </w:r>
      <w:r w:rsidRPr="006601A7" w:rsidR="00074D5B">
        <w:rPr>
          <w:b/>
          <w:bCs/>
        </w:rPr>
        <w:t xml:space="preserve">the </w:t>
      </w:r>
      <w:r w:rsidRPr="006601A7" w:rsidR="00104ABA">
        <w:rPr>
          <w:b/>
          <w:bCs/>
        </w:rPr>
        <w:t>procedures</w:t>
      </w:r>
      <w:r w:rsidRPr="006601A7">
        <w:rPr>
          <w:b/>
          <w:bCs/>
        </w:rPr>
        <w:t>:</w:t>
      </w:r>
    </w:p>
    <w:sdt>
      <w:sdtPr>
        <w:alias w:val="Procedure Details"/>
        <w:tag w:val="proc_details"/>
        <w:id w:val="-1899510413"/>
        <w:text/>
        <w:placeholder>
          <w:docPart w:val="DefaultPlaceholder_1081868574"/>
        </w:placeholder>
      </w:sdtPr>
      <w:sdtEndPr/>
      <w:sdtContent>
        <w:p w:rsidR="00A16026" w:rsidRDefault="00FD67AF" w14:paraId="38FDCDA3" w14:textId="77777777">
          <w:r>
            <w:rPr>
              <w:color w:val="888888"/>
            </w:rPr>
            <w:t>Enter details</w:t>
          </w:r>
        </w:p>
      </w:sdtContent>
    </w:sdt>
    <w:p w:rsidRPr="006601A7" w:rsidR="00A16026" w:rsidRDefault="00FD67AF" w14:paraId="56803ACE" w14:textId="08C804A5">
      <w:pPr>
        <w:rPr>
          <w:b w:val="1"/>
          <w:bCs w:val="1"/>
        </w:rPr>
      </w:pPr>
      <w:r w:rsidRPr="1DE0CD4D" w:rsidR="00FD67AF">
        <w:rPr>
          <w:b w:val="1"/>
          <w:bCs w:val="1"/>
        </w:rPr>
        <w:t>5.9 Welfare Monitoring &amp; Adverse Effects</w:t>
      </w:r>
      <w:r w:rsidRPr="1DE0CD4D" w:rsidR="08214C39">
        <w:rPr>
          <w:b w:val="1"/>
          <w:bCs w:val="1"/>
        </w:rPr>
        <w:t>. P</w:t>
      </w:r>
      <w:r w:rsidRPr="1DE0CD4D" w:rsidR="00074D5B">
        <w:rPr>
          <w:b w:val="1"/>
          <w:bCs w:val="1"/>
        </w:rPr>
        <w:t xml:space="preserve">lease </w:t>
      </w:r>
      <w:r w:rsidRPr="1DE0CD4D" w:rsidR="004F411D">
        <w:rPr>
          <w:b w:val="1"/>
          <w:bCs w:val="1"/>
        </w:rPr>
        <w:t>detail: 1.</w:t>
      </w:r>
      <w:r w:rsidRPr="1DE0CD4D" w:rsidR="00C52C48">
        <w:rPr>
          <w:b w:val="1"/>
          <w:bCs w:val="1"/>
        </w:rPr>
        <w:t xml:space="preserve"> </w:t>
      </w:r>
      <w:r w:rsidRPr="1DE0CD4D" w:rsidR="004F411D">
        <w:rPr>
          <w:b w:val="1"/>
          <w:bCs w:val="1"/>
        </w:rPr>
        <w:t>Any impact the proposed experimental t</w:t>
      </w:r>
      <w:r w:rsidRPr="1DE0CD4D" w:rsidR="00C52C48">
        <w:rPr>
          <w:b w:val="1"/>
          <w:bCs w:val="1"/>
        </w:rPr>
        <w:t>reatments and/or procedures may</w:t>
      </w:r>
      <w:r w:rsidRPr="1DE0CD4D" w:rsidR="004F411D">
        <w:rPr>
          <w:b w:val="1"/>
          <w:bCs w:val="1"/>
        </w:rPr>
        <w:t xml:space="preserve"> have on the animals ov</w:t>
      </w:r>
      <w:r w:rsidRPr="1DE0CD4D" w:rsidR="00C52C48">
        <w:rPr>
          <w:b w:val="1"/>
          <w:bCs w:val="1"/>
        </w:rPr>
        <w:t>er the total time on the experiment; 2.</w:t>
      </w:r>
      <w:r w:rsidRPr="1DE0CD4D" w:rsidR="004F411D">
        <w:rPr>
          <w:b w:val="1"/>
          <w:bCs w:val="1"/>
        </w:rPr>
        <w:t xml:space="preserve"> </w:t>
      </w:r>
      <w:r w:rsidRPr="1DE0CD4D" w:rsidR="00C52C48">
        <w:rPr>
          <w:b w:val="1"/>
          <w:bCs w:val="1"/>
        </w:rPr>
        <w:t>H</w:t>
      </w:r>
      <w:r w:rsidRPr="1DE0CD4D" w:rsidR="00074D5B">
        <w:rPr>
          <w:b w:val="1"/>
          <w:bCs w:val="1"/>
        </w:rPr>
        <w:t xml:space="preserve">ow </w:t>
      </w:r>
      <w:r w:rsidRPr="1DE0CD4D" w:rsidR="00074D5B">
        <w:rPr>
          <w:b w:val="1"/>
          <w:bCs w:val="1"/>
        </w:rPr>
        <w:t>you</w:t>
      </w:r>
      <w:r w:rsidRPr="1DE0CD4D" w:rsidR="00074D5B">
        <w:rPr>
          <w:b w:val="1"/>
          <w:bCs w:val="1"/>
        </w:rPr>
        <w:t xml:space="preserve"> intend to monitor the animals (</w:t>
      </w:r>
      <w:r w:rsidRPr="1DE0CD4D" w:rsidR="009A26CC">
        <w:rPr>
          <w:b w:val="1"/>
          <w:bCs w:val="1"/>
        </w:rPr>
        <w:t>i.e.,</w:t>
      </w:r>
      <w:r w:rsidRPr="1DE0CD4D" w:rsidR="00074D5B">
        <w:rPr>
          <w:b w:val="1"/>
          <w:bCs w:val="1"/>
        </w:rPr>
        <w:t xml:space="preserve"> indicators used) and the </w:t>
      </w:r>
      <w:r w:rsidRPr="1DE0CD4D" w:rsidR="00FD67AF">
        <w:rPr>
          <w:b w:val="1"/>
          <w:bCs w:val="1"/>
        </w:rPr>
        <w:t>monitoring frequency</w:t>
      </w:r>
      <w:r w:rsidRPr="1DE0CD4D" w:rsidR="00C52C48">
        <w:rPr>
          <w:b w:val="1"/>
          <w:bCs w:val="1"/>
        </w:rPr>
        <w:t>; 3. A</w:t>
      </w:r>
      <w:r w:rsidRPr="1DE0CD4D" w:rsidR="004F411D">
        <w:rPr>
          <w:b w:val="1"/>
          <w:bCs w:val="1"/>
        </w:rPr>
        <w:t xml:space="preserve">ny action you will take to </w:t>
      </w:r>
      <w:r w:rsidRPr="1DE0CD4D" w:rsidR="004F411D">
        <w:rPr>
          <w:b w:val="1"/>
          <w:bCs w:val="1"/>
        </w:rPr>
        <w:t>minimise</w:t>
      </w:r>
      <w:r w:rsidRPr="1DE0CD4D" w:rsidR="004F411D">
        <w:rPr>
          <w:b w:val="1"/>
          <w:bCs w:val="1"/>
        </w:rPr>
        <w:t xml:space="preserve"> any potential adverse effects should they arise</w:t>
      </w:r>
      <w:r w:rsidRPr="1DE0CD4D" w:rsidR="009A26CC">
        <w:rPr>
          <w:b w:val="1"/>
          <w:bCs w:val="1"/>
        </w:rPr>
        <w:t xml:space="preserve"> e.g.,</w:t>
      </w:r>
      <w:r w:rsidRPr="1DE0CD4D" w:rsidR="004F411D">
        <w:rPr>
          <w:b w:val="1"/>
          <w:bCs w:val="1"/>
        </w:rPr>
        <w:t xml:space="preserve"> </w:t>
      </w:r>
      <w:r w:rsidRPr="1DE0CD4D" w:rsidR="00FD67AF">
        <w:rPr>
          <w:b w:val="1"/>
          <w:bCs w:val="1"/>
        </w:rPr>
        <w:t>intervention criteria</w:t>
      </w:r>
      <w:r w:rsidRPr="1DE0CD4D" w:rsidR="009A26CC">
        <w:rPr>
          <w:b w:val="1"/>
          <w:bCs w:val="1"/>
        </w:rPr>
        <w:t xml:space="preserve"> and </w:t>
      </w:r>
      <w:r w:rsidRPr="1DE0CD4D" w:rsidR="00FD67AF">
        <w:rPr>
          <w:b w:val="1"/>
          <w:bCs w:val="1"/>
        </w:rPr>
        <w:t>veterinary input:</w:t>
      </w:r>
    </w:p>
    <w:sdt>
      <w:sdtPr>
        <w:alias w:val="Welfare Monitoring"/>
        <w:tag w:val="welfare"/>
        <w:id w:val="558602951"/>
        <w:text/>
        <w:placeholder>
          <w:docPart w:val="DefaultPlaceholder_1081868574"/>
        </w:placeholder>
      </w:sdtPr>
      <w:sdtEndPr/>
      <w:sdtContent>
        <w:p w:rsidR="00A16026" w:rsidRDefault="00FD67AF" w14:paraId="70C05A13" w14:textId="77777777">
          <w:r>
            <w:rPr>
              <w:color w:val="888888"/>
            </w:rPr>
            <w:t>Enter plan</w:t>
          </w:r>
        </w:p>
      </w:sdtContent>
    </w:sdt>
    <w:p w:rsidRPr="006601A7" w:rsidR="00A16026" w:rsidRDefault="00FD67AF" w14:paraId="7B1A9BED" w14:textId="77777777">
      <w:pPr>
        <w:rPr>
          <w:b/>
          <w:bCs/>
        </w:rPr>
      </w:pPr>
      <w:r w:rsidRPr="006601A7">
        <w:rPr>
          <w:b/>
          <w:bCs/>
        </w:rPr>
        <w:t>5.10 Fate of Animals at Study End (Return to herd/flock / Euthanasia / Other – specify):</w:t>
      </w:r>
    </w:p>
    <w:sdt>
      <w:sdtPr>
        <w:alias w:val="Fate"/>
        <w:tag w:val="fate"/>
        <w:id w:val="367570348"/>
        <w:text/>
        <w:placeholder>
          <w:docPart w:val="DefaultPlaceholder_1081868574"/>
        </w:placeholder>
      </w:sdtPr>
      <w:sdtEndPr/>
      <w:sdtContent>
        <w:p w:rsidR="00A16026" w:rsidRDefault="00FD67AF" w14:paraId="6AD825F0" w14:textId="77777777">
          <w:r>
            <w:rPr>
              <w:color w:val="888888"/>
            </w:rPr>
            <w:t>Select/describe fate</w:t>
          </w:r>
        </w:p>
      </w:sdtContent>
    </w:sdt>
    <w:p w:rsidR="00A16026" w:rsidP="006601A7" w:rsidRDefault="00FD67AF" w14:paraId="3C92D01E" w14:textId="40DF5404">
      <w:pPr>
        <w:pStyle w:val="Heading2"/>
      </w:pPr>
      <w:r w:rsidR="00FD67AF">
        <w:rPr/>
        <w:t xml:space="preserve">6. </w:t>
      </w:r>
      <w:r w:rsidR="5846E651">
        <w:rPr/>
        <w:t>Additional</w:t>
      </w:r>
      <w:r w:rsidR="5846E651">
        <w:rPr/>
        <w:t xml:space="preserve"> E</w:t>
      </w:r>
      <w:r w:rsidR="00FD67AF">
        <w:rPr/>
        <w:t>thical Analysis</w:t>
      </w:r>
    </w:p>
    <w:p w:rsidRPr="006601A7" w:rsidR="00A16026" w:rsidRDefault="00FD67AF" w14:paraId="1577962A" w14:textId="14814CF3">
      <w:pPr>
        <w:rPr>
          <w:b/>
          <w:bCs/>
        </w:rPr>
      </w:pPr>
      <w:r w:rsidRPr="006601A7">
        <w:rPr>
          <w:b/>
          <w:bCs/>
        </w:rPr>
        <w:t>6.1 Risks to researchers/others:</w:t>
      </w:r>
    </w:p>
    <w:sdt>
      <w:sdtPr>
        <w:alias w:val="Risks"/>
        <w:tag w:val="risks"/>
        <w:id w:val="-249659288"/>
        <w:text/>
        <w:placeholder>
          <w:docPart w:val="DefaultPlaceholder_1081868574"/>
        </w:placeholder>
      </w:sdtPr>
      <w:sdtEndPr/>
      <w:sdtContent>
        <w:p w:rsidR="00A16026" w:rsidRDefault="00FD67AF" w14:paraId="61CAD8A7" w14:textId="77777777">
          <w:r>
            <w:rPr>
              <w:color w:val="888888"/>
            </w:rPr>
            <w:t>Biohazards, radiation, toxins, zoonoses, etc.</w:t>
          </w:r>
        </w:p>
      </w:sdtContent>
    </w:sdt>
    <w:p w:rsidRPr="006601A7" w:rsidR="00A16026" w:rsidRDefault="00FD67AF" w14:paraId="51ADB032" w14:textId="77777777">
      <w:pPr>
        <w:rPr>
          <w:b/>
          <w:bCs/>
        </w:rPr>
      </w:pPr>
      <w:r w:rsidRPr="006601A7">
        <w:rPr>
          <w:b/>
          <w:bCs/>
        </w:rPr>
        <w:t>6.2 Mitigation Measures:</w:t>
      </w:r>
    </w:p>
    <w:sdt>
      <w:sdtPr>
        <w:alias w:val="Mitigations"/>
        <w:tag w:val="mitigations"/>
        <w:id w:val="1661191183"/>
        <w:text/>
        <w:placeholder>
          <w:docPart w:val="DefaultPlaceholder_1081868574"/>
        </w:placeholder>
      </w:sdtPr>
      <w:sdtEndPr/>
      <w:sdtContent>
        <w:p w:rsidR="00A16026" w:rsidRDefault="00FD67AF" w14:paraId="7D48D978" w14:textId="24996FA0">
          <w:r w:rsidRPr="1DE0CD4D" w:rsidR="00FD67AF">
            <w:rPr>
              <w:color w:val="888888"/>
            </w:rPr>
            <w:t xml:space="preserve">How </w:t>
          </w:r>
          <w:r w:rsidRPr="1DE0CD4D" w:rsidR="2CD89D19">
            <w:rPr>
              <w:color w:val="888888"/>
            </w:rPr>
            <w:t xml:space="preserve">the </w:t>
          </w:r>
          <w:r w:rsidRPr="1DE0CD4D" w:rsidR="00FD67AF">
            <w:rPr>
              <w:color w:val="888888"/>
            </w:rPr>
            <w:t xml:space="preserve">risks </w:t>
          </w:r>
          <w:r w:rsidRPr="1DE0CD4D" w:rsidR="3274DD49">
            <w:rPr>
              <w:color w:val="888888"/>
            </w:rPr>
            <w:t xml:space="preserve">above </w:t>
          </w:r>
          <w:r w:rsidRPr="1DE0CD4D" w:rsidR="00FD67AF">
            <w:rPr>
              <w:color w:val="888888"/>
            </w:rPr>
            <w:t xml:space="preserve">will be </w:t>
          </w:r>
          <w:r w:rsidRPr="1DE0CD4D" w:rsidR="00FD67AF">
            <w:rPr>
              <w:color w:val="888888"/>
            </w:rPr>
            <w:t>minimised</w:t>
          </w:r>
        </w:p>
      </w:sdtContent>
    </w:sdt>
    <w:p w:rsidRPr="006601A7" w:rsidR="00A16026" w:rsidRDefault="00FD67AF" w14:paraId="2242C35A" w14:textId="77777777">
      <w:pPr>
        <w:rPr>
          <w:b/>
          <w:bCs/>
        </w:rPr>
      </w:pPr>
      <w:r w:rsidRPr="006601A7">
        <w:rPr>
          <w:b/>
          <w:bCs/>
        </w:rPr>
        <w:t>6.3 Additional Ethical Issues:</w:t>
      </w:r>
    </w:p>
    <w:sdt>
      <w:sdtPr>
        <w:alias w:val="Additional Ethics"/>
        <w:tag w:val="extra_ethics"/>
        <w:id w:val="-810933506"/>
        <w:text/>
        <w:placeholder>
          <w:docPart w:val="DefaultPlaceholder_1081868574"/>
        </w:placeholder>
      </w:sdtPr>
      <w:sdtEndPr/>
      <w:sdtContent>
        <w:p w:rsidR="00A16026" w:rsidRDefault="00FD67AF" w14:paraId="6DFB0ECA" w14:textId="77777777">
          <w:r>
            <w:rPr>
              <w:color w:val="888888"/>
            </w:rPr>
            <w:t>Anything not captured elsewhere</w:t>
          </w:r>
        </w:p>
      </w:sdtContent>
    </w:sdt>
    <w:p w:rsidR="006601A7" w:rsidP="006601A7" w:rsidRDefault="006601A7" w14:paraId="14AC7EA6" w14:textId="77777777">
      <w:pPr>
        <w:pStyle w:val="Heading2"/>
      </w:pPr>
    </w:p>
    <w:p w:rsidRPr="006601A7" w:rsidR="00A16026" w:rsidP="006601A7" w:rsidRDefault="0A47CE75" w14:paraId="73FE0272" w14:textId="29D6133B">
      <w:pPr>
        <w:pStyle w:val="Heading2"/>
      </w:pPr>
      <w:r w:rsidRPr="006601A7">
        <w:t xml:space="preserve">7. Data Protection &amp; </w:t>
      </w:r>
      <w:r w:rsidRPr="006601A7" w:rsidR="445845AE">
        <w:t>Retention Declaration</w:t>
      </w:r>
    </w:p>
    <w:p w:rsidR="00A16026" w:rsidP="0A47CE75" w:rsidRDefault="445845AE" w14:paraId="12F24901" w14:textId="26AB1511">
      <w:pPr>
        <w:spacing w:line="360" w:lineRule="auto"/>
      </w:pPr>
      <w:r w:rsidR="445845AE">
        <w:rPr/>
        <w:t xml:space="preserve">All personal data associated with this </w:t>
      </w:r>
      <w:r w:rsidR="79BB90BF">
        <w:rPr/>
        <w:t>study</w:t>
      </w:r>
      <w:r w:rsidR="445845AE">
        <w:rPr/>
        <w:t xml:space="preserve"> will be stored, managed, and destroyed </w:t>
      </w:r>
      <w:r w:rsidR="445845AE">
        <w:rPr/>
        <w:t>in accordance with</w:t>
      </w:r>
      <w:r w:rsidR="445845AE">
        <w:rPr/>
        <w:t xml:space="preserve"> the </w:t>
      </w:r>
      <w:hyperlink r:id="Rb3592edbdf7a4619">
        <w:r w:rsidRPr="4654C42B" w:rsidR="445845AE">
          <w:rPr>
            <w:rStyle w:val="Hyperlink"/>
            <w:b w:val="1"/>
            <w:bCs w:val="1"/>
          </w:rPr>
          <w:t>General Data Protection Regulation (EU) 2016/679 (GDPR)</w:t>
        </w:r>
      </w:hyperlink>
      <w:r w:rsidR="445845AE">
        <w:rPr/>
        <w:t xml:space="preserve"> and </w:t>
      </w:r>
      <w:hyperlink r:id="R0c9d4be7f93d4e8b">
        <w:r w:rsidRPr="4654C42B" w:rsidR="445845AE">
          <w:rPr>
            <w:rStyle w:val="Hyperlink"/>
            <w:b w:val="1"/>
            <w:bCs w:val="1"/>
          </w:rPr>
          <w:t>SETU data protection and retention policies</w:t>
        </w:r>
      </w:hyperlink>
      <w:r w:rsidR="445845AE">
        <w:rPr/>
        <w:t xml:space="preserve">. Data will be securely stored, accessed only by </w:t>
      </w:r>
      <w:r w:rsidR="445845AE">
        <w:rPr/>
        <w:t>authorised</w:t>
      </w:r>
      <w:r w:rsidR="445845AE">
        <w:rPr/>
        <w:t xml:space="preserve"> personnel, and used solely for the </w:t>
      </w:r>
      <w:r w:rsidR="002E3D57">
        <w:rPr/>
        <w:t xml:space="preserve">stated purposes of this research. Personal data will be </w:t>
      </w:r>
      <w:r w:rsidRPr="4654C42B" w:rsidR="00300D6F">
        <w:rPr>
          <w:b w:val="1"/>
          <w:bCs w:val="1"/>
        </w:rPr>
        <w:t>anonymised</w:t>
      </w:r>
      <w:r w:rsidR="00300D6F">
        <w:rPr/>
        <w:t xml:space="preserve"> and will be </w:t>
      </w:r>
      <w:r w:rsidR="002E3D57">
        <w:rPr/>
        <w:t>retained</w:t>
      </w:r>
      <w:r w:rsidR="002E3D57">
        <w:rPr/>
        <w:t xml:space="preserve"> only for the </w:t>
      </w:r>
      <w:r w:rsidR="002E3D57">
        <w:rPr/>
        <w:t>minimum</w:t>
      </w:r>
      <w:r w:rsidR="002E3D57">
        <w:rPr/>
        <w:t xml:space="preserve"> period </w:t>
      </w:r>
      <w:r w:rsidR="002E3D57">
        <w:rPr/>
        <w:t>required</w:t>
      </w:r>
      <w:r w:rsidR="002E3D57">
        <w:rPr/>
        <w:t xml:space="preserve"> and will be </w:t>
      </w:r>
      <w:r w:rsidRPr="4654C42B" w:rsidR="002E3D57">
        <w:rPr>
          <w:b w:val="1"/>
          <w:bCs w:val="1"/>
        </w:rPr>
        <w:t xml:space="preserve">securely destroyed </w:t>
      </w:r>
      <w:r w:rsidR="002E3D57">
        <w:rPr/>
        <w:t>in line with institutional and legal requirements</w:t>
      </w:r>
      <w:r w:rsidR="002E3D57">
        <w:rPr/>
        <w:t xml:space="preserve">. </w:t>
      </w:r>
      <w:r w:rsidR="431DC26F">
        <w:rPr/>
        <w:t xml:space="preserve"> </w:t>
      </w:r>
    </w:p>
    <w:p w:rsidR="53859569" w:rsidRDefault="53859569" w14:paraId="0ECB1806" w14:textId="77777777">
      <w:r>
        <w:t>Primary Researcher – Name / Date / Signature:</w:t>
      </w:r>
    </w:p>
    <w:sdt>
      <w:sdtPr>
        <w:alias w:val="Primary Researcher"/>
        <w:tag w:val="sig_primary"/>
        <w:id w:val="750598279"/>
        <w:text/>
        <w:placeholder>
          <w:docPart w:val="DefaultPlaceholder_1081868574"/>
        </w:placeholder>
      </w:sdtPr>
      <w:sdtEndPr/>
      <w:sdtContent>
        <w:p w:rsidR="53859569" w:rsidRDefault="53859569" w14:paraId="158CBAAC" w14:textId="77777777">
          <w:r w:rsidRPr="0A47CE75">
            <w:rPr>
              <w:color w:val="888888"/>
            </w:rPr>
            <w:t>Type name   |   DD/MM/YYYY</w:t>
          </w:r>
        </w:p>
      </w:sdtContent>
    </w:sdt>
    <w:p w:rsidR="006601A7" w:rsidP="006601A7" w:rsidRDefault="006601A7" w14:paraId="7AFF8EEB" w14:textId="4792F58E">
      <w:pPr>
        <w:pStyle w:val="Heading2"/>
      </w:pPr>
    </w:p>
    <w:p w:rsidR="102D2849" w:rsidP="102D2849" w:rsidRDefault="00C64F8F" w14:paraId="61151251" w14:textId="48C7F451">
      <w:r>
        <w:pict w14:anchorId="39F4B113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8" style="width:192pt;height:96pt" alt="Microsoft Office Signature Line..." type="#_x0000_t75">
            <v:imagedata o:title="" r:id="rId10"/>
            <o:lock v:ext="edit" grouping="t" ungrouping="t" rotation="t" cropping="t" verticies="t" text="t"/>
            <o:signatureline v:ext="edit" issignatureline="t" id="{011024AA-A556-465F-B08E-6BEB2E3898A8}" provid="{00000000-0000-0000-0000-000000000000}"/>
          </v:shape>
        </w:pict>
      </w:r>
    </w:p>
    <w:p w:rsidR="00A16026" w:rsidP="006601A7" w:rsidRDefault="00FD67AF" w14:paraId="3A71F851" w14:textId="71C7045E">
      <w:pPr>
        <w:pStyle w:val="Heading2"/>
      </w:pPr>
      <w:r w:rsidR="00FD67AF">
        <w:rPr/>
        <w:t>8. Submission Checklist (Appendices)</w:t>
      </w:r>
    </w:p>
    <w:p w:rsidR="20F28AC2" w:rsidP="52662BC6" w:rsidRDefault="20F28AC2" w14:paraId="6A6838B5" w14:textId="7031952D">
      <w:pPr>
        <w:pStyle w:val="Normal"/>
      </w:pPr>
      <w:r w:rsidR="20F28AC2">
        <w:rPr/>
        <w:t>Please note that template letters and forms are available as an appendix in the 'SETU Completing a Research Ethics Application:  A Guidance Document’:</w:t>
      </w:r>
    </w:p>
    <w:p w:rsidR="00A16026" w:rsidRDefault="0A47CE75" w14:paraId="456B4678" w14:textId="5D74848A">
      <w:r>
        <w:t>Tick each item you have included</w:t>
      </w:r>
      <w:r w:rsidR="006601A7">
        <w:t>:</w:t>
      </w:r>
    </w:p>
    <w:p w:rsidR="00FD67AF" w:rsidP="006601A7" w:rsidRDefault="00C67071" w14:paraId="370ACF89" w14:textId="32174D1D">
      <w:pPr>
        <w:ind w:left="360"/>
      </w:pPr>
      <w:sdt>
        <w:sdtPr>
          <w:id w:val="-1320341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2662BC6" w:rsidR="006601A7">
            <w:rPr>
              <w:rFonts w:ascii="MS Gothic" w:hAnsi="MS Gothic" w:eastAsia="MS Gothic"/>
            </w:rPr>
            <w:t>☐</w:t>
          </w:r>
        </w:sdtContent>
      </w:sdt>
      <w:r w:rsidR="00FD67AF">
        <w:rPr/>
        <w:t>E</w:t>
      </w:r>
      <w:r w:rsidR="15738D21">
        <w:rPr/>
        <w:t xml:space="preserve">xperimental </w:t>
      </w:r>
      <w:r w:rsidR="00FD67AF">
        <w:rPr/>
        <w:t xml:space="preserve">protocol </w:t>
      </w:r>
    </w:p>
    <w:p w:rsidR="00300D6F" w:rsidP="006601A7" w:rsidRDefault="00C67071" w14:paraId="24B9E02D" w14:textId="5D9EF261">
      <w:pPr>
        <w:ind w:left="360"/>
      </w:pPr>
      <w:sdt>
        <w:sdtPr>
          <w:id w:val="417683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1A7">
            <w:rPr>
              <w:rFonts w:hint="eastAsia" w:ascii="MS Gothic" w:hAnsi="MS Gothic" w:eastAsia="MS Gothic"/>
            </w:rPr>
            <w:t>☐</w:t>
          </w:r>
        </w:sdtContent>
      </w:sdt>
      <w:r w:rsidR="00300D6F">
        <w:t xml:space="preserve">Details of training records </w:t>
      </w:r>
      <w:r w:rsidR="009A3E06">
        <w:t xml:space="preserve">for each procedure </w:t>
      </w:r>
      <w:r w:rsidR="00031790">
        <w:t xml:space="preserve">being used </w:t>
      </w:r>
      <w:r w:rsidR="00C3027F">
        <w:t xml:space="preserve">if available </w:t>
      </w:r>
      <w:r w:rsidR="00300D6F">
        <w:t>(list/summary)</w:t>
      </w:r>
    </w:p>
    <w:p w:rsidR="00300D6F" w:rsidP="006601A7" w:rsidRDefault="00C67071" w14:paraId="09D9E097" w14:textId="5857E68F">
      <w:pPr>
        <w:ind w:left="360"/>
      </w:pPr>
      <w:sdt>
        <w:sdtPr>
          <w:id w:val="660824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1A7">
            <w:rPr>
              <w:rFonts w:hint="eastAsia" w:ascii="MS Gothic" w:hAnsi="MS Gothic" w:eastAsia="MS Gothic"/>
            </w:rPr>
            <w:t>☐</w:t>
          </w:r>
        </w:sdtContent>
      </w:sdt>
      <w:r w:rsidR="00300D6F">
        <w:t>Records of training (Epigeum Research Integrity</w:t>
      </w:r>
      <w:r w:rsidR="00877FA9">
        <w:t>. LAST course, UCD TEARAP</w:t>
      </w:r>
      <w:r w:rsidR="00300D6F">
        <w:t xml:space="preserve"> </w:t>
      </w:r>
      <w:r w:rsidR="2F52A5C5">
        <w:t>etc)</w:t>
      </w:r>
    </w:p>
    <w:p w:rsidR="00877FA9" w:rsidP="006601A7" w:rsidRDefault="00C67071" w14:paraId="0DAB6670" w14:textId="41F8B272">
      <w:pPr>
        <w:ind w:left="360"/>
      </w:pPr>
      <w:sdt>
        <w:sdtPr>
          <w:id w:val="-1817724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1A7">
            <w:rPr>
              <w:rFonts w:hint="eastAsia" w:ascii="MS Gothic" w:hAnsi="MS Gothic" w:eastAsia="MS Gothic"/>
            </w:rPr>
            <w:t>☐</w:t>
          </w:r>
        </w:sdtContent>
      </w:sdt>
      <w:r w:rsidR="00877FA9">
        <w:t xml:space="preserve">DPIA Pre‑Screening form </w:t>
      </w:r>
    </w:p>
    <w:p w:rsidR="00300D6F" w:rsidP="006601A7" w:rsidRDefault="00C67071" w14:paraId="0689A3DA" w14:textId="23F96E4A">
      <w:pPr>
        <w:ind w:left="360"/>
      </w:pPr>
      <w:sdt>
        <w:sdtPr>
          <w:id w:val="-96640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1A7">
            <w:rPr>
              <w:rFonts w:hint="eastAsia" w:ascii="MS Gothic" w:hAnsi="MS Gothic" w:eastAsia="MS Gothic"/>
            </w:rPr>
            <w:t>☐</w:t>
          </w:r>
        </w:sdtContent>
      </w:sdt>
      <w:r w:rsidR="00877FA9">
        <w:t>Data Protection Impact Assessment (</w:t>
      </w:r>
      <w:r w:rsidR="00300D6F">
        <w:t>DPIA</w:t>
      </w:r>
      <w:r w:rsidR="00877FA9">
        <w:t>)</w:t>
      </w:r>
      <w:r w:rsidR="00300D6F">
        <w:t xml:space="preserve"> (if required)</w:t>
      </w:r>
    </w:p>
    <w:p w:rsidR="00300D6F" w:rsidP="006601A7" w:rsidRDefault="00C67071" w14:paraId="11FDE4AB" w14:textId="72479EF0">
      <w:pPr>
        <w:ind w:left="360"/>
      </w:pPr>
      <w:sdt>
        <w:sdtPr>
          <w:id w:val="-691841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1A7">
            <w:rPr>
              <w:rFonts w:hint="eastAsia" w:ascii="MS Gothic" w:hAnsi="MS Gothic" w:eastAsia="MS Gothic"/>
            </w:rPr>
            <w:t>☐</w:t>
          </w:r>
        </w:sdtContent>
      </w:sdt>
      <w:r w:rsidR="00300D6F">
        <w:t>External funding confirmation (if applicable)</w:t>
      </w:r>
    </w:p>
    <w:p w:rsidR="00300D6F" w:rsidP="006601A7" w:rsidRDefault="00C67071" w14:paraId="543A3CA7" w14:textId="73EC8E3B">
      <w:pPr>
        <w:ind w:left="360"/>
      </w:pPr>
      <w:sdt>
        <w:sdtPr>
          <w:id w:val="944966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1A7">
            <w:rPr>
              <w:rFonts w:hint="eastAsia" w:ascii="MS Gothic" w:hAnsi="MS Gothic" w:eastAsia="MS Gothic"/>
            </w:rPr>
            <w:t>☐</w:t>
          </w:r>
        </w:sdtContent>
      </w:sdt>
      <w:r w:rsidR="00300D6F">
        <w:t>External licensing or approvals (EPA</w:t>
      </w:r>
      <w:r w:rsidR="00417F51">
        <w:t xml:space="preserve"> </w:t>
      </w:r>
      <w:r w:rsidR="00300D6F">
        <w:t>etc.)</w:t>
      </w:r>
    </w:p>
    <w:p w:rsidR="00300D6F" w:rsidP="006601A7" w:rsidRDefault="00C67071" w14:paraId="5935A5E9" w14:textId="21742D30">
      <w:pPr>
        <w:ind w:left="360"/>
      </w:pPr>
      <w:sdt>
        <w:sdtPr>
          <w:id w:val="655341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1A7">
            <w:rPr>
              <w:rFonts w:hint="eastAsia" w:ascii="MS Gothic" w:hAnsi="MS Gothic" w:eastAsia="MS Gothic"/>
            </w:rPr>
            <w:t>☐</w:t>
          </w:r>
        </w:sdtContent>
      </w:sdt>
      <w:r w:rsidR="00300D6F">
        <w:t>Publication agreement (if applicable)</w:t>
      </w:r>
    </w:p>
    <w:p w:rsidR="00300D6F" w:rsidP="006601A7" w:rsidRDefault="00C67071" w14:paraId="7A2AD447" w14:textId="5AB84B04">
      <w:pPr>
        <w:ind w:left="360"/>
      </w:pPr>
      <w:sdt>
        <w:sdtPr>
          <w:id w:val="1545874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1A7">
            <w:rPr>
              <w:rFonts w:hint="eastAsia" w:ascii="MS Gothic" w:hAnsi="MS Gothic" w:eastAsia="MS Gothic"/>
            </w:rPr>
            <w:t>☐</w:t>
          </w:r>
        </w:sdtContent>
      </w:sdt>
      <w:r w:rsidR="00417F51">
        <w:t>S</w:t>
      </w:r>
      <w:r w:rsidR="00300D6F">
        <w:t>ample consent form</w:t>
      </w:r>
      <w:r w:rsidR="00417F51">
        <w:t xml:space="preserve"> (if applicable)</w:t>
      </w:r>
    </w:p>
    <w:p w:rsidR="00300D6F" w:rsidP="006601A7" w:rsidRDefault="00C67071" w14:paraId="7FC1667A" w14:textId="51D07BB5">
      <w:pPr>
        <w:ind w:left="360"/>
      </w:pPr>
      <w:sdt>
        <w:sdtPr>
          <w:id w:val="805050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1A7">
            <w:rPr>
              <w:rFonts w:hint="eastAsia" w:ascii="MS Gothic" w:hAnsi="MS Gothic" w:eastAsia="MS Gothic"/>
            </w:rPr>
            <w:t>☐</w:t>
          </w:r>
        </w:sdtContent>
      </w:sdt>
      <w:r w:rsidR="00417F51">
        <w:t>S</w:t>
      </w:r>
      <w:r w:rsidR="00300D6F">
        <w:t>ample questionnaires</w:t>
      </w:r>
      <w:r w:rsidR="00417F51">
        <w:t xml:space="preserve"> (if applicable)</w:t>
      </w:r>
    </w:p>
    <w:p w:rsidR="00300D6F" w:rsidP="006601A7" w:rsidRDefault="00C67071" w14:paraId="4C52190C" w14:textId="3661DFD3">
      <w:pPr>
        <w:ind w:left="360"/>
      </w:pPr>
      <w:sdt>
        <w:sdtPr>
          <w:id w:val="-633023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2662BC6" w:rsidR="006601A7">
            <w:rPr>
              <w:rFonts w:ascii="MS Gothic" w:hAnsi="MS Gothic" w:eastAsia="MS Gothic"/>
            </w:rPr>
            <w:t>☐</w:t>
          </w:r>
        </w:sdtContent>
      </w:sdt>
      <w:r w:rsidR="00FD67AF">
        <w:rPr/>
        <w:t>D</w:t>
      </w:r>
      <w:r w:rsidR="00FD67AF">
        <w:rPr/>
        <w:t xml:space="preserve">etails of revisions related to amendments requested by </w:t>
      </w:r>
      <w:r w:rsidR="00FD67AF">
        <w:rPr/>
        <w:t>AREC</w:t>
      </w:r>
      <w:r w:rsidR="496698CF">
        <w:rPr/>
        <w:t xml:space="preserve"> (if applicable)</w:t>
      </w:r>
    </w:p>
    <w:p w:rsidR="006601A7" w:rsidP="006601A7" w:rsidRDefault="006601A7" w14:paraId="5362453B" w14:textId="77777777">
      <w:pPr>
        <w:pStyle w:val="Heading2"/>
      </w:pPr>
    </w:p>
    <w:p w:rsidRPr="006601A7" w:rsidR="00A16026" w:rsidP="006601A7" w:rsidRDefault="0A47CE75" w14:paraId="3EA21716" w14:textId="582230B1">
      <w:pPr>
        <w:pStyle w:val="Heading2"/>
        <w:pBdr>
          <w:bottom w:val="single" w:color="auto" w:sz="12" w:space="1"/>
        </w:pBdr>
      </w:pPr>
      <w:r w:rsidRPr="006601A7">
        <w:t xml:space="preserve">9. </w:t>
      </w:r>
      <w:r w:rsidRPr="006601A7" w:rsidR="003C68EA">
        <w:t xml:space="preserve">Declarations and </w:t>
      </w:r>
      <w:r w:rsidRPr="006601A7">
        <w:t>Signatures</w:t>
      </w:r>
      <w:r w:rsidRPr="006601A7" w:rsidR="24782DC2">
        <w:t xml:space="preserve"> </w:t>
      </w:r>
    </w:p>
    <w:p w:rsidR="003C68EA" w:rsidP="006601A7" w:rsidRDefault="003C68EA" w14:paraId="08960E2F" w14:textId="77777777">
      <w:pPr>
        <w:pBdr>
          <w:bottom w:val="single" w:color="auto" w:sz="12" w:space="1"/>
        </w:pBdr>
      </w:pPr>
      <w:r>
        <w:t>I declare that:</w:t>
      </w:r>
    </w:p>
    <w:p w:rsidR="003C68EA" w:rsidP="006601A7" w:rsidRDefault="003C68EA" w14:paraId="7FAADDFD" w14:textId="77777777">
      <w:pPr>
        <w:pBdr>
          <w:bottom w:val="single" w:color="auto" w:sz="12" w:space="1"/>
        </w:pBdr>
      </w:pPr>
      <w:r>
        <w:t>1.</w:t>
      </w:r>
      <w:r>
        <w:tab/>
      </w:r>
      <w:r>
        <w:t>The information provided is accurate and complete</w:t>
      </w:r>
    </w:p>
    <w:p w:rsidR="003C68EA" w:rsidP="52662BC6" w:rsidRDefault="003C68EA" w14:paraId="4EBCA6CE" w14:textId="57708487">
      <w:pPr>
        <w:pBdr>
          <w:bottom w:val="single" w:color="FF000000" w:sz="12" w:space="1"/>
        </w:pBdr>
      </w:pPr>
      <w:r w:rsidR="003C68EA">
        <w:rPr/>
        <w:t>2.</w:t>
      </w:r>
      <w:r>
        <w:tab/>
      </w:r>
      <w:r w:rsidR="003C68EA">
        <w:rPr/>
        <w:t>No animal</w:t>
      </w:r>
      <w:r w:rsidR="1C201FB8">
        <w:rPr/>
        <w:t xml:space="preserve"> study </w:t>
      </w:r>
      <w:r w:rsidR="003C68EA">
        <w:rPr/>
        <w:t xml:space="preserve">will </w:t>
      </w:r>
      <w:r w:rsidR="003C68EA">
        <w:rPr/>
        <w:t>commence</w:t>
      </w:r>
      <w:r w:rsidR="003C68EA">
        <w:rPr/>
        <w:t xml:space="preserve"> until SETU AREC </w:t>
      </w:r>
      <w:r w:rsidR="003C68EA">
        <w:rPr/>
        <w:t>approval</w:t>
      </w:r>
      <w:r w:rsidR="003C68EA">
        <w:rPr/>
        <w:t xml:space="preserve"> and any other relevant approvals (</w:t>
      </w:r>
      <w:r w:rsidR="003C68EA">
        <w:rPr/>
        <w:t>e.g.</w:t>
      </w:r>
      <w:r w:rsidR="003C68EA">
        <w:rPr/>
        <w:t xml:space="preserve"> HPRA, EPA </w:t>
      </w:r>
      <w:r w:rsidR="003C68EA">
        <w:rPr/>
        <w:t>etc</w:t>
      </w:r>
      <w:r w:rsidR="003C68EA">
        <w:rPr/>
        <w:t>) are obtained</w:t>
      </w:r>
      <w:r w:rsidR="611A8CF2">
        <w:rPr/>
        <w:t xml:space="preserve">. Please </w:t>
      </w:r>
      <w:r w:rsidR="611A8CF2">
        <w:rPr/>
        <w:t>forward</w:t>
      </w:r>
      <w:r w:rsidR="611A8CF2">
        <w:rPr/>
        <w:t xml:space="preserve"> HPRA, EPA and other approvals to SETU AREC once obtained</w:t>
      </w:r>
    </w:p>
    <w:p w:rsidRPr="003C68EA" w:rsidR="003C68EA" w:rsidP="52662BC6" w:rsidRDefault="003C68EA" w14:paraId="3DA88298" w14:textId="742064E7">
      <w:pPr>
        <w:pBdr>
          <w:bottom w:val="single" w:color="FF000000" w:sz="12" w:space="1"/>
        </w:pBdr>
      </w:pPr>
      <w:r w:rsidR="003C68EA">
        <w:rPr/>
        <w:t>3.</w:t>
      </w:r>
      <w:r>
        <w:tab/>
      </w:r>
      <w:r w:rsidR="003C68EA">
        <w:rPr/>
        <w:t xml:space="preserve">SETU AREC will be notified </w:t>
      </w:r>
      <w:r w:rsidR="3F6A504F">
        <w:rPr/>
        <w:t>immediately</w:t>
      </w:r>
      <w:r w:rsidR="3F6A504F">
        <w:rPr/>
        <w:t xml:space="preserve"> </w:t>
      </w:r>
      <w:r w:rsidR="003C68EA">
        <w:rPr/>
        <w:t xml:space="preserve">of any modification to the </w:t>
      </w:r>
      <w:r w:rsidR="390BDA0D">
        <w:rPr/>
        <w:t>study</w:t>
      </w:r>
      <w:r w:rsidR="003C68EA">
        <w:rPr/>
        <w:t xml:space="preserve"> </w:t>
      </w:r>
    </w:p>
    <w:p w:rsidR="52662BC6" w:rsidP="52662BC6" w:rsidRDefault="52662BC6" w14:paraId="705A5FA4" w14:textId="5EA3ECCE">
      <w:pPr>
        <w:pBdr>
          <w:bottom w:val="single" w:color="FF000000" w:sz="12" w:space="1"/>
        </w:pBdr>
      </w:pPr>
    </w:p>
    <w:p w:rsidR="00A16026" w:rsidP="006601A7" w:rsidRDefault="35B56D4A" w14:paraId="178254B9" w14:textId="1985CB4B">
      <w:pPr>
        <w:pBdr>
          <w:bottom w:val="single" w:color="auto" w:sz="12" w:space="1"/>
        </w:pBdr>
      </w:pPr>
      <w:r>
        <w:t xml:space="preserve">9.1. </w:t>
      </w:r>
      <w:r w:rsidR="00FD67AF">
        <w:t>Primary Researcher – Name / Date / Signature:</w:t>
      </w:r>
    </w:p>
    <w:sdt>
      <w:sdtPr>
        <w:alias w:val="Primary Researcher"/>
        <w:tag w:val="sig_primary"/>
        <w:id w:val="642784647"/>
        <w:text/>
        <w:placeholder>
          <w:docPart w:val="DefaultPlaceholder_1081868574"/>
        </w:placeholder>
      </w:sdtPr>
      <w:sdtEndPr/>
      <w:sdtContent>
        <w:p w:rsidR="00A16026" w:rsidP="006601A7" w:rsidRDefault="00FD67AF" w14:paraId="27120EBA" w14:textId="77777777">
          <w:pPr>
            <w:pBdr>
              <w:bottom w:val="single" w:color="auto" w:sz="12" w:space="1"/>
            </w:pBdr>
          </w:pPr>
          <w:r>
            <w:rPr>
              <w:color w:val="888888"/>
            </w:rPr>
            <w:t>Type name   |   DD/MM/YYYY</w:t>
          </w:r>
        </w:p>
      </w:sdtContent>
    </w:sdt>
    <w:p w:rsidR="006601A7" w:rsidP="006601A7" w:rsidRDefault="00C67071" w14:paraId="2AF3021F" w14:textId="47A519EE">
      <w:pPr>
        <w:pBdr>
          <w:bottom w:val="single" w:color="auto" w:sz="12" w:space="1"/>
        </w:pBdr>
      </w:pPr>
      <w:r>
        <w:pict w14:anchorId="23E0A1EB">
          <v:shape id="_x0000_i1025" style="width:192pt;height:96pt" alt="Microsoft Office Signature Line..." type="#_x0000_t75">
            <v:imagedata o:title="" r:id="rId11"/>
            <o:lock v:ext="edit" grouping="t" ungrouping="t" rotation="t" cropping="t" verticies="t" text="t"/>
            <o:signatureline v:ext="edit" issignatureline="t" id="{F12C187F-C37A-4F09-B6ED-073CC37D8B2B}" provid="{00000000-0000-0000-0000-000000000000}"/>
          </v:shape>
        </w:pict>
      </w:r>
    </w:p>
    <w:p w:rsidR="006601A7" w:rsidP="006601A7" w:rsidRDefault="006601A7" w14:paraId="3D6F54C2" w14:textId="77777777">
      <w:pPr>
        <w:pBdr>
          <w:bottom w:val="single" w:color="auto" w:sz="12" w:space="1"/>
        </w:pBdr>
      </w:pPr>
    </w:p>
    <w:p w:rsidR="006601A7" w:rsidP="006601A7" w:rsidRDefault="006601A7" w14:paraId="4AC030FF" w14:textId="77777777">
      <w:pPr>
        <w:pBdr>
          <w:bottom w:val="single" w:color="auto" w:sz="12" w:space="1"/>
        </w:pBdr>
      </w:pPr>
    </w:p>
    <w:p w:rsidR="006601A7" w:rsidP="006601A7" w:rsidRDefault="006601A7" w14:paraId="74A9A244" w14:textId="77777777">
      <w:pPr>
        <w:pBdr>
          <w:bottom w:val="single" w:color="auto" w:sz="12" w:space="1"/>
        </w:pBdr>
      </w:pPr>
    </w:p>
    <w:p w:rsidR="006601A7" w:rsidP="006601A7" w:rsidRDefault="006601A7" w14:paraId="16BD0115" w14:textId="77777777">
      <w:pPr>
        <w:pBdr>
          <w:bottom w:val="single" w:color="auto" w:sz="12" w:space="1"/>
        </w:pBdr>
      </w:pPr>
    </w:p>
    <w:p w:rsidR="00A16026" w:rsidP="006601A7" w:rsidRDefault="3411BA98" w14:paraId="623ED5D6" w14:textId="2AC305A9">
      <w:pPr>
        <w:pBdr>
          <w:bottom w:val="single" w:color="auto" w:sz="12" w:space="1"/>
        </w:pBdr>
      </w:pPr>
      <w:r>
        <w:t xml:space="preserve">9.2. </w:t>
      </w:r>
      <w:r w:rsidR="00FD67AF">
        <w:t>Principal Investigator / Supervisor – Name / Date / Signature:</w:t>
      </w:r>
    </w:p>
    <w:sdt>
      <w:sdtPr>
        <w:alias w:val="PI/Supervisor"/>
        <w:tag w:val="sig_pi"/>
        <w:id w:val="318153599"/>
        <w:text/>
        <w:placeholder>
          <w:docPart w:val="DefaultPlaceholder_1081868574"/>
        </w:placeholder>
      </w:sdtPr>
      <w:sdtEndPr/>
      <w:sdtContent>
        <w:p w:rsidR="00A16026" w:rsidP="006601A7" w:rsidRDefault="00FD67AF" w14:paraId="0E24493A" w14:textId="77777777">
          <w:pPr>
            <w:pBdr>
              <w:bottom w:val="single" w:color="auto" w:sz="12" w:space="1"/>
            </w:pBdr>
          </w:pPr>
          <w:r>
            <w:rPr>
              <w:color w:val="888888"/>
            </w:rPr>
            <w:t>Type name   |   DD/MM/YYYY</w:t>
          </w:r>
        </w:p>
      </w:sdtContent>
    </w:sdt>
    <w:p w:rsidR="00A16026" w:rsidP="4654C42B" w:rsidRDefault="00C67071" w14:paraId="3BB1A17C" w14:textId="6BDF508D">
      <w:pPr>
        <w:pBdr>
          <w:bottom w:val="single" w:color="FF000000" w:sz="12" w:space="1"/>
        </w:pBdr>
      </w:pPr>
      <w:r w:rsidR="00C67071">
        <w:rPr/>
        <w:t>￼</w:t>
      </w:r>
    </w:p>
    <w:p w:rsidR="006601A7" w:rsidP="006601A7" w:rsidRDefault="006601A7" w14:paraId="399C47F4" w14:textId="77777777">
      <w:pPr>
        <w:pStyle w:val="Heading2"/>
      </w:pPr>
      <w:r>
        <w:t>For AREC Use Only</w:t>
      </w:r>
    </w:p>
    <w:p w:rsidR="006601A7" w:rsidP="52662BC6" w:rsidRDefault="006601A7" w14:paraId="3B811E67" w14:textId="77777777">
      <w:pPr>
        <w:pStyle w:val="ListParagraph"/>
        <w:numPr>
          <w:ilvl w:val="0"/>
          <w:numId w:val="12"/>
        </w:numPr>
        <w:rPr/>
      </w:pPr>
      <w:r w:rsidR="006601A7">
        <w:rPr/>
        <w:t>AREC Reference Number:</w:t>
      </w:r>
    </w:p>
    <w:p w:rsidR="52662BC6" w:rsidP="52662BC6" w:rsidRDefault="52662BC6" w14:paraId="78A26C78" w14:textId="066604BB">
      <w:pPr>
        <w:pStyle w:val="ListParagraph"/>
        <w:ind w:left="720"/>
      </w:pPr>
    </w:p>
    <w:p w:rsidR="006601A7" w:rsidP="52662BC6" w:rsidRDefault="006601A7" w14:paraId="134ADC93" w14:textId="1C072974">
      <w:pPr>
        <w:pStyle w:val="ListParagraph"/>
        <w:numPr>
          <w:ilvl w:val="0"/>
          <w:numId w:val="12"/>
        </w:numPr>
        <w:rPr/>
      </w:pPr>
      <w:r w:rsidR="006601A7">
        <w:rPr/>
        <w:t>Decision:</w:t>
      </w:r>
    </w:p>
    <w:p w:rsidR="006601A7" w:rsidP="52662BC6" w:rsidRDefault="006601A7" w14:paraId="0FAE2ED5" w14:textId="630A5ABC">
      <w:pPr>
        <w:pStyle w:val="ListParagraph"/>
        <w:ind w:left="720"/>
      </w:pPr>
      <w:r w:rsidR="006601A7">
        <w:rPr/>
        <w:t xml:space="preserve"> </w:t>
      </w:r>
      <w:sdt>
        <w:sdtPr>
          <w:id w:val="-1530786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2662BC6" w:rsidR="6517C3AC">
            <w:rPr>
              <w:rFonts w:ascii="MS Gothic" w:hAnsi="MS Gothic" w:eastAsia="MS Gothic" w:cs="MS Gothic"/>
            </w:rPr>
            <w:t>☐</w:t>
          </w:r>
        </w:sdtContent>
      </w:sdt>
      <w:r w:rsidR="006601A7">
        <w:rPr/>
        <w:t xml:space="preserve"> Approved</w:t>
      </w:r>
    </w:p>
    <w:p w:rsidR="14F01713" w:rsidP="52662BC6" w:rsidRDefault="14F01713" w14:paraId="23A0FBAD" w14:textId="279BB531">
      <w:pPr>
        <w:pStyle w:val="ListParagraph"/>
        <w:ind w:left="720"/>
      </w:pPr>
      <w:r w:rsidR="14F01713">
        <w:rPr/>
        <w:t xml:space="preserve"> </w:t>
      </w:r>
      <w:sdt>
        <w:sdtPr>
          <w:id w:val="1168744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2662BC6" w:rsidR="39D2B3AE">
            <w:rPr>
              <w:rFonts w:ascii="MS Gothic" w:hAnsi="MS Gothic" w:eastAsia="MS Gothic" w:cs="MS Gothic"/>
            </w:rPr>
            <w:t>☐</w:t>
          </w:r>
        </w:sdtContent>
      </w:sdt>
      <w:r w:rsidR="14F01713">
        <w:rPr/>
        <w:t>A</w:t>
      </w:r>
      <w:r w:rsidR="14F01713">
        <w:rPr/>
        <w:t>pproved subject to minor amendments/clarifications</w:t>
      </w:r>
    </w:p>
    <w:p w:rsidR="16CF1057" w:rsidP="52662BC6" w:rsidRDefault="16CF1057" w14:paraId="161851F7" w14:textId="2DF19729">
      <w:pPr>
        <w:pStyle w:val="ListParagraph"/>
        <w:ind w:left="720"/>
        <w:rPr>
          <w:sz w:val="22"/>
          <w:szCs w:val="22"/>
        </w:rPr>
      </w:pPr>
      <w:r w:rsidRPr="52662BC6" w:rsidR="16CF1057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52662BC6" w:rsidR="16CF1057">
        <w:rPr>
          <w:rFonts w:ascii="MS Gothic" w:hAnsi="MS Gothic" w:eastAsia="MS Gothic" w:cs="MS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☐</w:t>
      </w:r>
      <w:r w:rsidRPr="52662BC6" w:rsidR="16CF1057"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="16CF1057">
        <w:rPr/>
        <w:t xml:space="preserve">Resubmit (major amendments/clarifications </w:t>
      </w:r>
      <w:r w:rsidR="16CF1057">
        <w:rPr/>
        <w:t>required</w:t>
      </w:r>
      <w:r w:rsidR="16CF1057">
        <w:rPr/>
        <w:t>)</w:t>
      </w:r>
    </w:p>
    <w:p w:rsidR="006601A7" w:rsidP="52662BC6" w:rsidRDefault="006601A7" w14:paraId="22F22681" w14:textId="13A13193">
      <w:pPr>
        <w:pStyle w:val="ListParagraph"/>
        <w:ind w:left="720"/>
      </w:pPr>
      <w:r w:rsidR="006601A7">
        <w:rPr/>
        <w:t xml:space="preserve"> </w:t>
      </w:r>
      <w:sdt>
        <w:sdtPr>
          <w:id w:val="885073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2662BC6" w:rsidR="7541C473">
            <w:rPr>
              <w:rFonts w:ascii="MS Gothic" w:hAnsi="MS Gothic" w:eastAsia="MS Gothic" w:cs="MS Gothic"/>
            </w:rPr>
            <w:t>☐</w:t>
          </w:r>
        </w:sdtContent>
      </w:sdt>
      <w:r w:rsidR="006601A7">
        <w:rPr/>
        <w:t xml:space="preserve"> Not Approved</w:t>
      </w:r>
      <w:r w:rsidR="0CCBD5F8">
        <w:rPr/>
        <w:t xml:space="preserve">  </w:t>
      </w:r>
    </w:p>
    <w:p w:rsidR="52662BC6" w:rsidP="52662BC6" w:rsidRDefault="52662BC6" w14:paraId="06DBA9E1" w14:textId="7CE3415D">
      <w:pPr>
        <w:pStyle w:val="ListParagraph"/>
        <w:ind w:left="720"/>
      </w:pPr>
    </w:p>
    <w:p w:rsidR="006601A7" w:rsidP="52662BC6" w:rsidRDefault="006601A7" w14:paraId="13D0F320" w14:textId="77777777">
      <w:pPr>
        <w:pStyle w:val="ListParagraph"/>
        <w:numPr>
          <w:ilvl w:val="0"/>
          <w:numId w:val="12"/>
        </w:numPr>
        <w:rPr/>
      </w:pPr>
      <w:r w:rsidR="006601A7">
        <w:rPr/>
        <w:t>Conditions / Notes:</w:t>
      </w:r>
    </w:p>
    <w:p w:rsidR="006601A7" w:rsidP="006601A7" w:rsidRDefault="006601A7" w14:paraId="520BE08D" w14:textId="77777777">
      <w:r w:rsidRPr="1510AE96">
        <w:rPr>
          <w:b/>
          <w:bCs/>
        </w:rPr>
        <w:t>AREC Chair /</w:t>
      </w:r>
      <w:r>
        <w:t xml:space="preserve"> </w:t>
      </w:r>
      <w:r w:rsidRPr="1510AE96">
        <w:rPr>
          <w:b/>
          <w:bCs/>
        </w:rPr>
        <w:t>Delegate</w:t>
      </w:r>
    </w:p>
    <w:p w:rsidR="006601A7" w:rsidP="006601A7" w:rsidRDefault="00C67071" w14:paraId="2CB25777" w14:textId="47A5B56D">
      <w:r>
        <w:pict w14:anchorId="3B2DF36F">
          <v:shape id="_x0000_i1027" style="width:192pt;height:96pt" alt="Microsoft Office Signature Line..." type="#_x0000_t75">
            <v:imagedata o:title="" r:id="rId13"/>
            <o:lock v:ext="edit" grouping="t" ungrouping="t" rotation="t" cropping="t" verticies="t" text="t"/>
            <o:signatureline v:ext="edit" issignatureline="t" id="{49A81D77-577E-405D-B7BF-A490E978B6F3}" provid="{00000000-0000-0000-0000-000000000000}"/>
          </v:shape>
        </w:pict>
      </w:r>
    </w:p>
    <w:p w:rsidR="006601A7" w:rsidP="006601A7" w:rsidRDefault="006601A7" w14:paraId="50D24CB1" w14:textId="77777777">
      <w:r>
        <w:t>Date:</w:t>
      </w:r>
    </w:p>
    <w:p w:rsidR="003C68EA" w:rsidRDefault="003C68EA" w14:paraId="0EB6BCED" w14:textId="54BCF27F">
      <w:pPr/>
    </w:p>
    <w:p w:rsidR="003C68EA" w:rsidRDefault="003C68EA" w14:paraId="6FAFC322" w14:textId="44DDD6C1">
      <w:pPr/>
    </w:p>
    <w:p w:rsidR="003C68EA" w:rsidRDefault="003C68EA" w14:paraId="0D847711" w14:textId="77777777"/>
    <w:sectPr w:rsidR="003C68EA" w:rsidSect="00034616">
      <w:headerReference w:type="default" r:id="rId14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67071" w:rsidP="006601A7" w:rsidRDefault="00C67071" w14:paraId="6627DF67" w14:textId="77777777">
      <w:pPr>
        <w:spacing w:after="0" w:line="240" w:lineRule="auto"/>
      </w:pPr>
      <w:r>
        <w:separator/>
      </w:r>
    </w:p>
  </w:endnote>
  <w:endnote w:type="continuationSeparator" w:id="0">
    <w:p w:rsidR="00C67071" w:rsidP="006601A7" w:rsidRDefault="00C67071" w14:paraId="2E9720F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67071" w:rsidP="006601A7" w:rsidRDefault="00C67071" w14:paraId="0002FAB5" w14:textId="77777777">
      <w:pPr>
        <w:spacing w:after="0" w:line="240" w:lineRule="auto"/>
      </w:pPr>
      <w:r>
        <w:separator/>
      </w:r>
    </w:p>
  </w:footnote>
  <w:footnote w:type="continuationSeparator" w:id="0">
    <w:p w:rsidR="00C67071" w:rsidP="006601A7" w:rsidRDefault="00C67071" w14:paraId="1C6B9E3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6601A7" w:rsidRDefault="006601A7" w14:paraId="4BE239FC" w14:textId="70429805">
    <w:pPr>
      <w:pStyle w:val="Header"/>
    </w:pPr>
    <w:r>
      <w:ptab w:alignment="center" w:relativeTo="margin" w:leader="none"/>
    </w:r>
    <w:r>
      <w:ptab w:alignment="right" w:relativeTo="margin" w:leader="none"/>
    </w:r>
    <w:r>
      <w:rPr>
        <w:noProof/>
        <w:lang w:val="en-GB" w:eastAsia="en-GB"/>
      </w:rPr>
      <w:drawing>
        <wp:inline distT="0" distB="0" distL="0" distR="0" wp14:anchorId="438A22F6" wp14:editId="256C13D5">
          <wp:extent cx="2194560" cy="123015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TU_Master_Bl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94560" cy="1230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8enWBOTr7TH8gd" int2:id="ca6EPk3Q">
      <int2:state int2:type="spell" int2:value="Rejected"/>
    </int2:textHash>
    <int2:textHash int2:hashCode="Pjf2COixPlAuCt" int2:id="Rc1e3A3s">
      <int2:state int2:type="spell" int2:value="Rejected"/>
    </int2:textHash>
    <int2:textHash int2:hashCode="5XDRCdvPuC+WfK" int2:id="ZSRIilal">
      <int2:state int2:type="spell" int2:value="Rejected"/>
    </int2:textHash>
    <int2:bookmark int2:bookmarkName="_Int_ZbpyibgW" int2:invalidationBookmarkName="" int2:hashCode="NaJO8GfgRhHs5Z" int2:id="ymAuojLt">
      <int2:state int2:type="gram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1">
    <w:nsid w:val="772c319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C5F4284"/>
    <w:multiLevelType w:val="hybridMultilevel"/>
    <w:tmpl w:val="1D745BFA"/>
    <w:lvl w:ilvl="0" w:tplc="D5408CEE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87E2DDE"/>
    <w:multiLevelType w:val="hybridMultilevel"/>
    <w:tmpl w:val="B1CC6730"/>
    <w:lvl w:ilvl="0" w:tplc="84786D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2">
    <w:abstractNumId w:val="11"/>
  </w: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1790"/>
    <w:rsid w:val="00031A4D"/>
    <w:rsid w:val="00034616"/>
    <w:rsid w:val="00050D9F"/>
    <w:rsid w:val="0006063C"/>
    <w:rsid w:val="00074D5B"/>
    <w:rsid w:val="000F372A"/>
    <w:rsid w:val="00104ABA"/>
    <w:rsid w:val="0015074B"/>
    <w:rsid w:val="00160B68"/>
    <w:rsid w:val="0029639D"/>
    <w:rsid w:val="002E3D57"/>
    <w:rsid w:val="00300D6F"/>
    <w:rsid w:val="00326F90"/>
    <w:rsid w:val="00367647"/>
    <w:rsid w:val="003C137E"/>
    <w:rsid w:val="003C68EA"/>
    <w:rsid w:val="00417F51"/>
    <w:rsid w:val="004F411D"/>
    <w:rsid w:val="00581DDD"/>
    <w:rsid w:val="00581FFD"/>
    <w:rsid w:val="005D14D0"/>
    <w:rsid w:val="006601A7"/>
    <w:rsid w:val="007E723E"/>
    <w:rsid w:val="00800A78"/>
    <w:rsid w:val="00877FA9"/>
    <w:rsid w:val="008E56D0"/>
    <w:rsid w:val="009A26CC"/>
    <w:rsid w:val="009A3E06"/>
    <w:rsid w:val="00A16026"/>
    <w:rsid w:val="00A43069"/>
    <w:rsid w:val="00A97CA0"/>
    <w:rsid w:val="00AA1D8D"/>
    <w:rsid w:val="00B47730"/>
    <w:rsid w:val="00B6110E"/>
    <w:rsid w:val="00BA597A"/>
    <w:rsid w:val="00BE1862"/>
    <w:rsid w:val="00C3027F"/>
    <w:rsid w:val="00C52C48"/>
    <w:rsid w:val="00C64F8F"/>
    <w:rsid w:val="00C67071"/>
    <w:rsid w:val="00C96BAC"/>
    <w:rsid w:val="00CB0664"/>
    <w:rsid w:val="00CD2D16"/>
    <w:rsid w:val="00DA5F2B"/>
    <w:rsid w:val="00E36D68"/>
    <w:rsid w:val="00E42549"/>
    <w:rsid w:val="00FC693F"/>
    <w:rsid w:val="00FD67AF"/>
    <w:rsid w:val="029E06E2"/>
    <w:rsid w:val="03B0B002"/>
    <w:rsid w:val="03D8134F"/>
    <w:rsid w:val="04500982"/>
    <w:rsid w:val="05E9ED31"/>
    <w:rsid w:val="07790446"/>
    <w:rsid w:val="08214C39"/>
    <w:rsid w:val="0A47CE75"/>
    <w:rsid w:val="0CBB3BEF"/>
    <w:rsid w:val="0CCBD5F8"/>
    <w:rsid w:val="0D6DD737"/>
    <w:rsid w:val="0DF7089A"/>
    <w:rsid w:val="0E9D3957"/>
    <w:rsid w:val="0F4407C2"/>
    <w:rsid w:val="102D2849"/>
    <w:rsid w:val="105CD419"/>
    <w:rsid w:val="11E0FC42"/>
    <w:rsid w:val="14F01713"/>
    <w:rsid w:val="15738D21"/>
    <w:rsid w:val="16B2A801"/>
    <w:rsid w:val="16CF1057"/>
    <w:rsid w:val="1768F414"/>
    <w:rsid w:val="186DE2B8"/>
    <w:rsid w:val="18A569FE"/>
    <w:rsid w:val="18B1A952"/>
    <w:rsid w:val="18C83D25"/>
    <w:rsid w:val="18F1825E"/>
    <w:rsid w:val="18F47C33"/>
    <w:rsid w:val="19154E68"/>
    <w:rsid w:val="1A3E2642"/>
    <w:rsid w:val="1A869A03"/>
    <w:rsid w:val="1A8D8FA1"/>
    <w:rsid w:val="1AA4412F"/>
    <w:rsid w:val="1B7E42AC"/>
    <w:rsid w:val="1C201FB8"/>
    <w:rsid w:val="1D37C430"/>
    <w:rsid w:val="1DCD61DF"/>
    <w:rsid w:val="1DE0CD4D"/>
    <w:rsid w:val="2059E075"/>
    <w:rsid w:val="20F28AC2"/>
    <w:rsid w:val="210BF30A"/>
    <w:rsid w:val="2147E24D"/>
    <w:rsid w:val="226A47EB"/>
    <w:rsid w:val="24782DC2"/>
    <w:rsid w:val="25ECD06B"/>
    <w:rsid w:val="26590A6F"/>
    <w:rsid w:val="26604293"/>
    <w:rsid w:val="27940F10"/>
    <w:rsid w:val="27F7D5D1"/>
    <w:rsid w:val="295E14C6"/>
    <w:rsid w:val="2BF9A3D9"/>
    <w:rsid w:val="2C60FC45"/>
    <w:rsid w:val="2CD89D19"/>
    <w:rsid w:val="2CFA121F"/>
    <w:rsid w:val="2D0A0CFF"/>
    <w:rsid w:val="2E01E6EA"/>
    <w:rsid w:val="2E0DBB22"/>
    <w:rsid w:val="2E2B3EBF"/>
    <w:rsid w:val="2E481992"/>
    <w:rsid w:val="2EB1DC54"/>
    <w:rsid w:val="2F0F2E5B"/>
    <w:rsid w:val="2F52A5C5"/>
    <w:rsid w:val="30CD3CE8"/>
    <w:rsid w:val="3274DD49"/>
    <w:rsid w:val="3411BA98"/>
    <w:rsid w:val="34683A47"/>
    <w:rsid w:val="34A548D7"/>
    <w:rsid w:val="34D06DDD"/>
    <w:rsid w:val="3590C416"/>
    <w:rsid w:val="35B56D4A"/>
    <w:rsid w:val="362E7A97"/>
    <w:rsid w:val="36B2A8E7"/>
    <w:rsid w:val="3716069B"/>
    <w:rsid w:val="3724EC32"/>
    <w:rsid w:val="37A9CFCC"/>
    <w:rsid w:val="381AAE6E"/>
    <w:rsid w:val="3842B0C3"/>
    <w:rsid w:val="386B6685"/>
    <w:rsid w:val="38A894F0"/>
    <w:rsid w:val="390BDA0D"/>
    <w:rsid w:val="39D2B3AE"/>
    <w:rsid w:val="39DC032E"/>
    <w:rsid w:val="3C1560F3"/>
    <w:rsid w:val="3C6C7404"/>
    <w:rsid w:val="3C8D9832"/>
    <w:rsid w:val="3D82F6F6"/>
    <w:rsid w:val="3DAEA8E5"/>
    <w:rsid w:val="3F0805F7"/>
    <w:rsid w:val="3F3CCEB5"/>
    <w:rsid w:val="3F6A504F"/>
    <w:rsid w:val="3FC3A164"/>
    <w:rsid w:val="40631026"/>
    <w:rsid w:val="40F8F54F"/>
    <w:rsid w:val="410E58B2"/>
    <w:rsid w:val="41371CAB"/>
    <w:rsid w:val="41F7C5D9"/>
    <w:rsid w:val="429DB4DA"/>
    <w:rsid w:val="42C422EC"/>
    <w:rsid w:val="42D244C7"/>
    <w:rsid w:val="42ED068A"/>
    <w:rsid w:val="431DC26F"/>
    <w:rsid w:val="43DF29A3"/>
    <w:rsid w:val="445845AE"/>
    <w:rsid w:val="4529CB6F"/>
    <w:rsid w:val="4636B4F8"/>
    <w:rsid w:val="4654C42B"/>
    <w:rsid w:val="48C01EE7"/>
    <w:rsid w:val="49605196"/>
    <w:rsid w:val="496698CF"/>
    <w:rsid w:val="4A5792EE"/>
    <w:rsid w:val="4ADC99E5"/>
    <w:rsid w:val="4C0EBEEB"/>
    <w:rsid w:val="4D2D16A6"/>
    <w:rsid w:val="4DC863CA"/>
    <w:rsid w:val="5050D548"/>
    <w:rsid w:val="52662BC6"/>
    <w:rsid w:val="537078BD"/>
    <w:rsid w:val="53859569"/>
    <w:rsid w:val="5402F8C3"/>
    <w:rsid w:val="544B8BA6"/>
    <w:rsid w:val="5490FD7E"/>
    <w:rsid w:val="560B37FF"/>
    <w:rsid w:val="56731E8A"/>
    <w:rsid w:val="5716950A"/>
    <w:rsid w:val="571C821B"/>
    <w:rsid w:val="57489C76"/>
    <w:rsid w:val="5814655F"/>
    <w:rsid w:val="5846E651"/>
    <w:rsid w:val="5853F2BE"/>
    <w:rsid w:val="5993D122"/>
    <w:rsid w:val="59BFC69B"/>
    <w:rsid w:val="5A6E04CE"/>
    <w:rsid w:val="5B01B0B9"/>
    <w:rsid w:val="5BB6305A"/>
    <w:rsid w:val="5C0974A5"/>
    <w:rsid w:val="5D81E4FB"/>
    <w:rsid w:val="5ED5AEC2"/>
    <w:rsid w:val="609FC463"/>
    <w:rsid w:val="611A8CF2"/>
    <w:rsid w:val="61DFB7F3"/>
    <w:rsid w:val="61EC8B8F"/>
    <w:rsid w:val="6328E3C1"/>
    <w:rsid w:val="64A70D2C"/>
    <w:rsid w:val="6517C3AC"/>
    <w:rsid w:val="664DD760"/>
    <w:rsid w:val="6749386A"/>
    <w:rsid w:val="67BFCDF6"/>
    <w:rsid w:val="685E6812"/>
    <w:rsid w:val="69779423"/>
    <w:rsid w:val="6A29E7F8"/>
    <w:rsid w:val="6A7F9CA3"/>
    <w:rsid w:val="6B3E3093"/>
    <w:rsid w:val="6E577D78"/>
    <w:rsid w:val="6EC14DE3"/>
    <w:rsid w:val="6F72F211"/>
    <w:rsid w:val="6F9C0368"/>
    <w:rsid w:val="6FFFDB46"/>
    <w:rsid w:val="70642F48"/>
    <w:rsid w:val="710E7B28"/>
    <w:rsid w:val="7144A348"/>
    <w:rsid w:val="71973489"/>
    <w:rsid w:val="71D7186B"/>
    <w:rsid w:val="72C972B9"/>
    <w:rsid w:val="731E000D"/>
    <w:rsid w:val="736BD145"/>
    <w:rsid w:val="7371B2E1"/>
    <w:rsid w:val="7541C473"/>
    <w:rsid w:val="75F0034B"/>
    <w:rsid w:val="7651AC5C"/>
    <w:rsid w:val="7689241E"/>
    <w:rsid w:val="78C7DF50"/>
    <w:rsid w:val="79BB90BF"/>
    <w:rsid w:val="7B01DEBF"/>
    <w:rsid w:val="7CB0E95D"/>
    <w:rsid w:val="7D11904D"/>
    <w:rsid w:val="7D5C4112"/>
    <w:rsid w:val="7DDE9030"/>
    <w:rsid w:val="7E232A06"/>
    <w:rsid w:val="7E2E3C21"/>
    <w:rsid w:val="7F324DE6"/>
    <w:rsid w:val="7F74E82D"/>
    <w:rsid w:val="7FFAF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30"/>
  <w15:docId w15:val="{2234F04D-4FF7-446A-B940-36DDA5ADB8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Comment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E4254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4254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2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42549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601A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102D28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1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4.emf" Id="rId13" /><Relationship Type="http://schemas.microsoft.com/office/2020/10/relationships/intelligence" Target="intelligence2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2.emf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image" Target="media/image1.emf" Id="rId10" /><Relationship Type="http://schemas.openxmlformats.org/officeDocument/2006/relationships/settings" Target="settings.xml" Id="rId4" /><Relationship Type="http://schemas.openxmlformats.org/officeDocument/2006/relationships/header" Target="header1.xml" Id="rId14" /><Relationship Type="http://schemas.openxmlformats.org/officeDocument/2006/relationships/hyperlink" Target="https://eur-lex.europa.eu/eli/reg/2016/679/oj/eng" TargetMode="External" Id="Rb3592edbdf7a4619" /><Relationship Type="http://schemas.openxmlformats.org/officeDocument/2006/relationships/hyperlink" Target="https://www.setu.ie/about/policies-and-documents/data-protection" TargetMode="External" Id="R0c9d4be7f93d4e8b" /><Relationship Type="http://schemas.openxmlformats.org/officeDocument/2006/relationships/hyperlink" Target="https://www.setu.ie/research-innovation/researcher-support/researcher-compliance/research-ethics" TargetMode="External" Id="R4900d4142a6047a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9C65F9-8035-42BC-A387-079C356396C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Gillian Gardiner</lastModifiedBy>
  <revision>10</revision>
  <dcterms:created xsi:type="dcterms:W3CDTF">2026-09-09T15:20:00.0000000Z</dcterms:created>
  <dcterms:modified xsi:type="dcterms:W3CDTF">2026-10-05T13:10:31.5229516Z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7f200d68-74b7-4c44-8ba7-60c82994cac3</vt:lpwstr>
  </property>
</Properties>
</file>